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LinkedIn recommendations received by Amanda Gore</w:t>
      </w:r>
    </w:p>
    <w:p>
      <w:r>
        <w:t>143 recommendations, from the LinkedIn export Recommendations_Received.csv (file dated 10 September 2026), in the order they appear in the file. Status: VISIBLE 131, HIDDEN 12. For reading only. These are not the approved testimonial sources for the website.</w:t>
      </w:r>
    </w:p>
    <w:p>
      <w:pPr>
        <w:pStyle w:val="Heading2"/>
      </w:pPr>
      <w:r>
        <w:t>1. Jacqueline Norman</w:t>
      </w:r>
    </w:p>
    <w:p>
      <w:r>
        <w:rPr>
          <w:i/>
        </w:rPr>
        <w:t>Sr Admin Coordinator to SVP and Head of Global Commercial, Kite Pharma</w:t>
      </w:r>
    </w:p>
    <w:p>
      <w:r>
        <w:t>Date: 08/14/26, 07:26 PM    Status: VISIBLE</w:t>
      </w:r>
    </w:p>
    <w:p>
      <w:r>
        <w:t>Hi Amanda, I just finished watching your wonderful presentation for our Kite Admins and as a Brit love to say Farc It! I wish I'd been able to attend live but I had a conflict. Thank you so much for providing a space for love and gratitude at this time for the group, you may have heard we recently had some layoffs and I know 2 of those present on the call were involved. It was so lovely for us to see them smile and know they are worthy and good enough to receive love. Thank you again and wish you continued recovery with your recent health issues. Best wishes, Jacs 🫶</w:t>
      </w:r>
    </w:p>
    <w:p>
      <w:pPr>
        <w:pStyle w:val="Heading2"/>
      </w:pPr>
      <w:r>
        <w:t>2. Maya Kogan</w:t>
      </w:r>
    </w:p>
    <w:p>
      <w:r>
        <w:rPr>
          <w:i/>
        </w:rPr>
        <w:t>Founder, Maya Kogan Enterprises</w:t>
      </w:r>
    </w:p>
    <w:p>
      <w:r>
        <w:t>Date: 07/10/26, 10:47 PM    Status: VISIBLE</w:t>
      </w:r>
    </w:p>
    <w:p>
      <w:r>
        <w:t>I've had the pleasure of receiving speaker mentoring from Amanda. In less than an hour, she helped me transform a talk from a passive experience into something much more engaging, effective, and FUN.  Beyond the immediate help, Amanda shares little-known speaking tips that apply to any talk and general life wisdom too. If you have a talk you want to elevate by making it more engaging, interactive, and memorable, I recommend Amanda wholeheartedly!</w:t>
      </w:r>
    </w:p>
    <w:p>
      <w:pPr>
        <w:pStyle w:val="Heading2"/>
      </w:pPr>
      <w:r>
        <w:t>3. Olivia Jarkowski</w:t>
      </w:r>
    </w:p>
    <w:p>
      <w:r>
        <w:rPr>
          <w:i/>
        </w:rPr>
        <w:t>Talen &amp; Experience Manager, CatholicCare Sydney</w:t>
      </w:r>
    </w:p>
    <w:p>
      <w:r>
        <w:t>Date: 12/11/25, 10:16 PM    Status: VISIBLE</w:t>
      </w:r>
    </w:p>
    <w:p>
      <w:r>
        <w:t>We recently had Amanda deliver a keynote at our end-of-year event, and she was outstanding. Amanda has an incredible gift for bringing energy and laughter into the room, creating an atmosphere that was both engaging and uplifting. The impact of her presentation was felt enormously. Her messages of connection and joy will continue to resonate throughout our organisation for years to come. Thank you Amanda!</w:t>
      </w:r>
    </w:p>
    <w:p>
      <w:pPr>
        <w:pStyle w:val="Heading2"/>
      </w:pPr>
      <w:r>
        <w:t>4. Michael Vidikan</w:t>
      </w:r>
    </w:p>
    <w:p>
      <w:r>
        <w:rPr>
          <w:i/>
        </w:rPr>
        <w:t>Executive Director, Orthopreneurs</w:t>
      </w:r>
    </w:p>
    <w:p>
      <w:r>
        <w:t>Date: 11/03/25, 04:43 PM    Status: VISIBLE</w:t>
      </w:r>
    </w:p>
    <w:p>
      <w:r>
        <w:t>It is my absolute pleasure to recommend Amanda Gore as a keynote speaker. Amanda recently spoke at our event, and the impact she had on our attendees was truly remarkable. Her message of joy, connection, and authenticity resonated deeply with everyone in the room, creating an atmosphere that was both uplifting and transformative.   The feedback from our audience was overwhelmingly positive. Attendees not only loved Amanda’s engaging presentation style but also left inspired to bring more joy and positivity into their personal and professional lives. Her ability to blend humor, storytelling, and actionable insights kept the audience fully engaged and ensured her message carried lasting value.   Amanda is a rare speaker who combines substance with inspiration. She doesn’t just deliver a keynote—she creates an experience that changes the energy of an entire meeting. I would highly recommend her to any event organizer seeking a speaker who can move hearts, energize minds, and leave a lasting impression.</w:t>
      </w:r>
    </w:p>
    <w:p>
      <w:pPr>
        <w:pStyle w:val="Heading2"/>
      </w:pPr>
      <w:r>
        <w:t>5. Edwin Win Ross</w:t>
      </w:r>
    </w:p>
    <w:p>
      <w:r>
        <w:rPr>
          <w:i/>
        </w:rPr>
        <w:t>Retired, Retired</w:t>
      </w:r>
    </w:p>
    <w:p>
      <w:r>
        <w:t>Date: 07/26/24, 04:36 PM    Status: VISIBLE</w:t>
      </w:r>
    </w:p>
    <w:p>
      <w:r>
        <w:t>Amanda was our keynote speaker at our annual sales kickoff and training session in March, 2024.  She was the perfect speaker and motivator for our sales team at that time.  Her unique approach to inspiring teams with anecdotes from her own experience and owning your destiny in work and in your personal life hit home with our sales team and leadership.  I would highly recommend Amanda to speak with your organization regardless of what your organization does.</w:t>
      </w:r>
    </w:p>
    <w:p>
      <w:pPr>
        <w:pStyle w:val="Heading2"/>
      </w:pPr>
      <w:r>
        <w:t>6. Rebecca Elvy</w:t>
      </w:r>
    </w:p>
    <w:p>
      <w:r>
        <w:rPr>
          <w:i/>
        </w:rPr>
        <w:t>Practice Management Consultant, Levin Group, Inc.</w:t>
      </w:r>
    </w:p>
    <w:p>
      <w:r>
        <w:t>Date: 01/20/23, 06:21 PM    Status: VISIBLE</w:t>
      </w:r>
    </w:p>
    <w:p>
      <w:r>
        <w:t>I attended a seminar in October 2022, where Amanda was the keynote "virtual" speaker. I had never heard Amanda present, and was not sure how effective a virtual presentation would be compared to a live, in person event. My questions were IMMEDIATEY squashed, as Amanda began. The attendees were electrified by her enthusiasm and content. It felt exactly as if she was live with all of us in the room. Even the fun exercises that she had the crowd participate in, went so smoothly. It was almost like she had a live feed to see the room and reactions (except she did not). Her timing, was impeccable. She singlehandedly  set the tone for two days of immersive, thought transformative growth! Every person I interacted at the seminar shared the same sentiments, and credited the organizers for featuring Amanda. The passion and energy Amanda exuded was palpable. Her content and examples of practical &amp; tangible applications for her message were IMPACTFUL! I was changed (both professionally AND personally), and believe many of my fellow attendee's felt the same way! I HIGHLY recommend Amanda to any person, company or group seeking a permanent transformation within themselves or their organization! I am still Zoot, Zooting with my colleagues and family! To Amanda, I say thank you so very much and keep up the AMAZING work you do!</w:t>
      </w:r>
    </w:p>
    <w:p>
      <w:pPr>
        <w:pStyle w:val="Heading2"/>
      </w:pPr>
      <w:r>
        <w:t>7. Vera Meharg</w:t>
      </w:r>
    </w:p>
    <w:p>
      <w:r>
        <w:rPr>
          <w:i/>
        </w:rPr>
        <w:t>Marketing Director, Zenith Interiors Pty Ltd</w:t>
      </w:r>
    </w:p>
    <w:p>
      <w:r>
        <w:t>Date: 10/10/22, 04:03 AM    Status: VISIBLE</w:t>
      </w:r>
    </w:p>
    <w:p>
      <w:r>
        <w:t>We had Amanda deliver an amazing keynote at our annual retailer conference and the feedback we received was incredibly positive and a real highlight of our agenda. Thanks again Amanda!</w:t>
      </w:r>
    </w:p>
    <w:p>
      <w:pPr>
        <w:pStyle w:val="Heading2"/>
      </w:pPr>
      <w:r>
        <w:t>8. Samantha White</w:t>
      </w:r>
    </w:p>
    <w:p>
      <w:r>
        <w:rPr>
          <w:i/>
        </w:rPr>
        <w:t>Owner/Franchisee, Express Employment Professionals - Midland, TX</w:t>
      </w:r>
    </w:p>
    <w:p>
      <w:r>
        <w:t>Date: 10/06/22, 02:16 AM    Status: VISIBLE</w:t>
      </w:r>
    </w:p>
    <w:p>
      <w:r>
        <w:t>Amanda is a dynamic motivational speaker who gets and keeps the attention of her audience. She’s sincere, authentic and brilliantly funny as she helps leaders and teams relate using emotional intelligence.</w:t>
      </w:r>
    </w:p>
    <w:p>
      <w:pPr>
        <w:pStyle w:val="Heading2"/>
      </w:pPr>
      <w:r>
        <w:t>9. Shelley Barnes</w:t>
      </w:r>
    </w:p>
    <w:p>
      <w:r>
        <w:rPr>
          <w:i/>
        </w:rPr>
        <w:t>Salon Partner, Oscar Oscar Salons</w:t>
      </w:r>
    </w:p>
    <w:p>
      <w:r>
        <w:t>Date: 08/25/22, 10:49 PM    Status: VISIBLE</w:t>
      </w:r>
    </w:p>
    <w:p>
      <w:r>
        <w:t>I can’t say enough about how AMAZING Amanda is. Amanda recently did two key note presentations for our company - one to clients, and one for team members, and she was incredible! Her “real” approach connects with the audience immediately- she will move you to laugh, cry, everything in between and you’ll come out happier and more motivated and inspired.  She knows how to move people - and get them to realise we can all choose Joy and be happier- personally and professionally.  I would highly recommend Amanda to anyone or any business looking to shift mindsets to a better place.  Her takeaways have legs and are easily implemented with lasting results.   Not only is Amanda truely motivating and inspiring, she is a pleasure to work with.</w:t>
      </w:r>
    </w:p>
    <w:p>
      <w:pPr>
        <w:pStyle w:val="Heading2"/>
      </w:pPr>
      <w:r>
        <w:t>10. Wilma Schmidt</w:t>
      </w:r>
    </w:p>
    <w:p>
      <w:r>
        <w:rPr>
          <w:i/>
        </w:rPr>
        <w:t>Retired, Highland Capital Brokerage</w:t>
      </w:r>
    </w:p>
    <w:p>
      <w:r>
        <w:t>Date: 04/23/22, 06:27 AM    Status: HIDDEN</w:t>
      </w:r>
    </w:p>
    <w:p>
      <w:r>
        <w:t>OMG the best!</w:t>
      </w:r>
    </w:p>
    <w:p>
      <w:pPr>
        <w:pStyle w:val="Heading2"/>
      </w:pPr>
      <w:r>
        <w:t>11. Gillian Grant</w:t>
      </w:r>
    </w:p>
    <w:p>
      <w:r>
        <w:rPr>
          <w:i/>
        </w:rPr>
        <w:t>General Manager, Gardian</w:t>
      </w:r>
    </w:p>
    <w:p>
      <w:r>
        <w:t>Date: 04/03/22, 08:33 AM    Status: VISIBLE</w:t>
      </w:r>
    </w:p>
    <w:p>
      <w:r>
        <w:t>I have been fortunate to see Amanda in action several times, from conferences of IGA retailers to Mackay’s Retail Connect Committee. Amanda delivers the tools, attitude, education with complete relatability that can unite any team, family or tribe. Love your work Amanda. Xx</w:t>
      </w:r>
    </w:p>
    <w:p>
      <w:pPr>
        <w:pStyle w:val="Heading2"/>
      </w:pPr>
      <w:r>
        <w:t>12. Claire Torkington</w:t>
      </w:r>
    </w:p>
    <w:p>
      <w:r>
        <w:rPr>
          <w:i/>
        </w:rPr>
        <w:t>Chief Executive Officer, Ability Enterprises</w:t>
      </w:r>
    </w:p>
    <w:p>
      <w:r>
        <w:t>Date: 11/01/21, 11:21 AM    Status: VISIBLE</w:t>
      </w:r>
    </w:p>
    <w:p>
      <w:r>
        <w:t>Thank you so much, Amanda, for your recent presentation to our retailers.  The feedback has been so positive from everyone who attended - they really didn’t know what to expect - but left uplifted, refreshed and motivated.  They are still talking about Joy Buddies, Sparkly Bits and other concepts two weeks later, so it’s definitely stayed with them!  It’s been a really tough 18 months, and this has given those who attended a really great mindset to move forward.  Impactful delivery, great messages, and you had people laughing out loud, reflecting, learning and even dancing.  Just fabulous, thanks again.</w:t>
      </w:r>
    </w:p>
    <w:p>
      <w:pPr>
        <w:pStyle w:val="Heading2"/>
      </w:pPr>
      <w:r>
        <w:t>13. Elaine Powell Thought Disruptor™️ Keynote Speaker</w:t>
      </w:r>
    </w:p>
    <w:p>
      <w:r>
        <w:rPr>
          <w:i/>
        </w:rPr>
        <w:t>Thought Disruptor Keynote Speaker, Thought Disruptor Keynote Speaker</w:t>
      </w:r>
    </w:p>
    <w:p>
      <w:r>
        <w:t>Date: 08/06/21, 04:16 PM    Status: VISIBLE</w:t>
      </w:r>
    </w:p>
    <w:p>
      <w:r>
        <w:t>I originally watched this phenomenal speaker deliver an incredibly engaging presentation on YouTube, it was Amanda Gore.  I knew as a speaker that having a great coach is paramount and I knew that person had to be Amanda. Working a year with Amanda, was such an amazing experience.  Her level of expertise, experience and knowledge is unquestionable.  I improved immensely as a speaker, with a presentation that has enabled me to continue to get paid to speak.  I would thoroughly recommend Amanda, as a speaker, coach and all around awesome person.</w:t>
      </w:r>
    </w:p>
    <w:p>
      <w:pPr>
        <w:pStyle w:val="Heading2"/>
      </w:pPr>
      <w:r>
        <w:t>14. Adriana Colloca</w:t>
      </w:r>
    </w:p>
    <w:p>
      <w:r>
        <w:rPr>
          <w:i/>
        </w:rPr>
        <w:t>Presidente Executiva, ABEVD - Associação Brasileira de Empresas de Vendas Diretas</w:t>
      </w:r>
    </w:p>
    <w:p>
      <w:r>
        <w:t>Date: 03/10/21, 05:31 PM    Status: VISIBLE</w:t>
      </w:r>
    </w:p>
    <w:p>
      <w:r>
        <w:t>Last year, we prepared a virtual event for our members in Brazil and Amanda did a great job, preparing one of her amazing presentations on line. She really dedicated time to talk to us, understand the briefing and learn about the public, the sector and the moment for the country and companies and she really made the session according to our needs. It was one hour of fun, motivational and at the same time professional and work oriented session. She really is different and special! Thanks so much, Amanda!</w:t>
      </w:r>
    </w:p>
    <w:p>
      <w:pPr>
        <w:pStyle w:val="Heading2"/>
      </w:pPr>
      <w:r>
        <w:t>15. Kim Kellaway</w:t>
      </w:r>
    </w:p>
    <w:p>
      <w:r>
        <w:rPr>
          <w:i/>
        </w:rPr>
        <w:t>Director and Founder, Children's Safety Australia Inc.</w:t>
      </w:r>
    </w:p>
    <w:p>
      <w:r>
        <w:t>Date: 12/11/20, 05:05 AM    Status: VISIBLE</w:t>
      </w:r>
    </w:p>
    <w:p>
      <w:r>
        <w:t>Amanda recently presented to our 'Leading Women Network' a collection of women (and some men) from a range of public sector and integrity agencies - or more accurately, Amanda recently absolutely dazzled our members with her insights, practical strategies and encouragement to lead our best lives - all delivered in the most entertaining and hilarious way possible. We have been coordinating quarterly events for the past 18 months and have never received such incredible feedback from our members, who included people in the room and many groups livestreaming in from over twenty 'event hubs' across the State. Our post event online survey indicated the tremendous benefit gained by our members through Amanda's entertaining and insightful presentation.</w:t>
      </w:r>
    </w:p>
    <w:p>
      <w:pPr>
        <w:pStyle w:val="Heading2"/>
      </w:pPr>
      <w:r>
        <w:t>16. Ida Laino</w:t>
      </w:r>
    </w:p>
    <w:p>
      <w:r>
        <w:rPr>
          <w:i/>
        </w:rPr>
        <w:t>Events &amp; Education Manager, APPA HQ</w:t>
      </w:r>
    </w:p>
    <w:p>
      <w:r>
        <w:t>Date: 08/04/20, 03:58 AM    Status: VISIBLE</w:t>
      </w:r>
    </w:p>
    <w:p>
      <w:r>
        <w:t>Amanda’s virtual session was informative, well-structured and full of energy.   One participant thought, “the presentation was fantastic and very inspirational, great job Amanda. I am sure much of this I can use personally but additionally adapt to motivating myself in business along with my team”. On behalf of APPA, thank you for being the light during this unprecedented time with sharing your knowledge.</w:t>
      </w:r>
    </w:p>
    <w:p>
      <w:pPr>
        <w:pStyle w:val="Heading2"/>
      </w:pPr>
      <w:r>
        <w:t>17. Kerrie Evans</w:t>
      </w:r>
    </w:p>
    <w:p>
      <w:r>
        <w:rPr>
          <w:i/>
        </w:rPr>
        <w:t>Group Chief Education and Research Officer, Healthia Limited Australia</w:t>
      </w:r>
    </w:p>
    <w:p>
      <w:r>
        <w:t>Date: 10/17/19, 03:58 AM    Status: VISIBLE</w:t>
      </w:r>
    </w:p>
    <w:p>
      <w:r>
        <w:t>Wanted to write a really big thank you for presenting at our conference! The feedback has been amazing. Really important content presented in such a fun, engaging, translatable, wonderful way. We have had many many comments and follow-up emails of stories of how people are now igniting joy in their clinics. Thank you thank you.</w:t>
      </w:r>
    </w:p>
    <w:p>
      <w:pPr>
        <w:pStyle w:val="Heading2"/>
      </w:pPr>
      <w:r>
        <w:t>18. Jodi Flynn</w:t>
      </w:r>
    </w:p>
    <w:p>
      <w:r>
        <w:rPr>
          <w:i/>
        </w:rPr>
        <w:t>CEO and Founder, Future Ready Leadership</w:t>
      </w:r>
    </w:p>
    <w:p>
      <w:r>
        <w:t>Date: 09/19/19, 10:34 PM    Status: VISIBLE</w:t>
      </w:r>
    </w:p>
    <w:p>
      <w:r>
        <w:t>As a member of the board for The Maine Women's Conference I was a part of a team responsible for selecting Keynote Speakers for our annual conference. It is a daunting task but early on Amanda was quickly at the top of the list of favorites. After months of vetting potential speakers Amanda was chosen and she did not disappoint! Our attendees were delighted, engaged and most important, educated on how to find more JOY and success in their lives.  Amanda appealed to attendees of all ages and backgrounds because of her honest and humorous approach to being human. Bottom line, her performance lent even more credibility to our event and our board and I cannot thank her enough.</w:t>
      </w:r>
    </w:p>
    <w:p>
      <w:pPr>
        <w:pStyle w:val="Heading2"/>
      </w:pPr>
      <w:r>
        <w:t>19. Keith Fitzgerald</w:t>
      </w:r>
    </w:p>
    <w:p>
      <w:r>
        <w:rPr>
          <w:i/>
        </w:rPr>
        <w:t>Director of Events, Anderson Business Advisors</w:t>
      </w:r>
    </w:p>
    <w:p>
      <w:r>
        <w:t>Date: 08/30/19, 05:21 PM    Status: VISIBLE</w:t>
      </w:r>
    </w:p>
    <w:p>
      <w:r>
        <w:t>Simply put - Amanda is amazing and a great fit for any audience!  She’s engaging, easy to relate to and has a message that will resonate with any group in any market. Amanda has appeared several times at our events and the result is always the same – she’s a huge hit each time she speaks!   She’s a pleasure to work with and someone I would highly recommend.</w:t>
      </w:r>
    </w:p>
    <w:p>
      <w:pPr>
        <w:pStyle w:val="Heading2"/>
      </w:pPr>
      <w:r>
        <w:t>20. Selina Arnall</w:t>
      </w:r>
    </w:p>
    <w:p>
      <w:r>
        <w:rPr>
          <w:i/>
        </w:rPr>
        <w:t>Event Manager, Social Traders</w:t>
      </w:r>
    </w:p>
    <w:p>
      <w:r>
        <w:t>Date: 06/27/19, 02:21 AM    Status: VISIBLE</w:t>
      </w:r>
    </w:p>
    <w:p>
      <w:r>
        <w:t>Amanda had everyone on their feet her level of motivation and joy is unbelievable - It  was the perfect way to kick start our event - We will definitely have Amanda again in 2020 - The guests have raved about Amanda non-stop, she absolutely brought to our event an early injection of energy that set the tone for the remainder of our days to come and provided many learnings that our attendees are already implementing on a daily basis.  Amanda &amp; Mel were so wonderful to liaise with, I wish we could do it all over again.    Thank you both</w:t>
      </w:r>
    </w:p>
    <w:p>
      <w:pPr>
        <w:pStyle w:val="Heading2"/>
      </w:pPr>
      <w:r>
        <w:t>21. Sean Bennett</w:t>
      </w:r>
    </w:p>
    <w:p>
      <w:r>
        <w:rPr>
          <w:i/>
        </w:rPr>
        <w:t>Principal, Mountain Creek State School</w:t>
      </w:r>
    </w:p>
    <w:p>
      <w:r>
        <w:t>Date: 02/12/19, 01:47 AM    Status: VISIBLE</w:t>
      </w:r>
    </w:p>
    <w:p>
      <w:r>
        <w:t>Amanda presented at my schools first Student Free Day for this year. Amanda struck a perfect balance between educating, informing and entertaining. It tied in perfectly with the school wellbeing plans for the year and every staff member spoken to, said this was the best start to a school year ever (everything else is a First World Problem). The new staff are ecstatic and are amazed at the approach we took to starting the year. Everyone of the new teachers has come up to me and said how glad they are to be here and how fantastic Amanda's presentation was. The cleaners all wanted to leave after morning tea and were convinced to stay and they all loved it. To see the cleaners talking and laughing with each other, the teachers and all the other staff and parents was amazing. They now understand they are part of the fractals that make this place run and they are valued. Thanks again and see you in 2020 (if not earlier) Sean Bennett Principal Minimbah SS</w:t>
      </w:r>
    </w:p>
    <w:p>
      <w:pPr>
        <w:pStyle w:val="Heading2"/>
      </w:pPr>
      <w:r>
        <w:t>22. Scott McConnel</w:t>
      </w:r>
    </w:p>
    <w:p>
      <w:r>
        <w:rPr>
          <w:i/>
        </w:rPr>
        <w:t>General Manager Health Funding and Data Insights, Metro North Health</w:t>
      </w:r>
    </w:p>
    <w:p>
      <w:r>
        <w:t>Date: 12/18/18, 05:56 AM    Status: VISIBLE</w:t>
      </w:r>
    </w:p>
    <w:p>
      <w:r>
        <w:t>Fresh out of a session Amanda facilitated with my finance team and the feedback from the team is fantastic. Amanda skillfully and engagingly reset the attitude of the whole team in one morning.   Pure mastery at work. Looking forward to keeping the joy going with the tools Amanda left behind. Thanks and zoots.</w:t>
      </w:r>
    </w:p>
    <w:p>
      <w:pPr>
        <w:pStyle w:val="Heading2"/>
      </w:pPr>
      <w:r>
        <w:t>23. Cheryl Murphy</w:t>
      </w:r>
    </w:p>
    <w:p>
      <w:r>
        <w:rPr>
          <w:i/>
        </w:rPr>
        <w:t>Manager Regional School Industry Partnerships, Queensland Department of Education</w:t>
      </w:r>
    </w:p>
    <w:p>
      <w:r>
        <w:t>Date: 10/19/18, 09:59 AM    Status: VISIBLE</w:t>
      </w:r>
    </w:p>
    <w:p>
      <w:r>
        <w:t>Principal's in the North Coast Region, Department of Education, were privileged to have Amanda deliver the keynote address at their recent forum. Amanda was inspiring and professional in her delivery and had the audience literally on the edge of their seats. Her energy, enthusiasm, captivating stories and expertise on the subject left Principal's with valuable tools and strategies to implement into their everyday.</w:t>
      </w:r>
    </w:p>
    <w:p>
      <w:pPr>
        <w:pStyle w:val="Heading2"/>
      </w:pPr>
      <w:r>
        <w:t>24. Tara Diversi</w:t>
      </w:r>
    </w:p>
    <w:p>
      <w:r>
        <w:rPr>
          <w:i/>
        </w:rPr>
        <w:t>Eating Disorder Therapist , River Oak Health</w:t>
      </w:r>
    </w:p>
    <w:p>
      <w:r>
        <w:t>Date: 02/26/18, 02:14 AM    Status: VISIBLE</w:t>
      </w:r>
    </w:p>
    <w:p>
      <w:r>
        <w:t>I have seen Amanda present about 20 times. So, I knew she was a sure thing when I approached her to present at the In Business In Health conference. What I didn’t expect was, that compared to the last time I saw her speak (about 3 years ago), she was about twice as good. I didn’t think it were possible! Amanda’s presentation was the highest rated from our conference, with repeated requests to invite her back for next year’s event. She makes the audience believe that they can change their world, and then the world. She talks about the hard stuff… and combines these lessons in a hilarious manner that makes it easy for the audience to digest. Some written feedback from our evaluation survey included the following comments about Amanda's presentation:   "What an awesome way to finish the day! Amanda had everyone up out of their seats, dancing,  motivated, inspired and left us in a atmosphere of love, joy and positivity – could listen to her all day!"   "Amanda energised the room as soon as she stepped on to the stage! Her passion, love, enthusiasm and joy was so refreshing and motivating."   "Amanda is an absolute legend! Big TA-DAs to her!"   "Amanda perfectly balanced education with humour. Fabulous use of different learning styles and engaging communication."   "Best keynote I’ve ever heard!"</w:t>
      </w:r>
    </w:p>
    <w:p>
      <w:pPr>
        <w:pStyle w:val="Heading2"/>
      </w:pPr>
      <w:r>
        <w:t>25. Bree Williams</w:t>
      </w:r>
    </w:p>
    <w:p>
      <w:r>
        <w:rPr>
          <w:i/>
        </w:rPr>
        <w:t>General Manager, Australian Institute of Policy and Science</w:t>
      </w:r>
    </w:p>
    <w:p>
      <w:r>
        <w:t>Date: 10/20/17, 05:19 AM    Status: VISIBLE</w:t>
      </w:r>
    </w:p>
    <w:p>
      <w:r>
        <w:t>It was such a joy to have Amanda on the road for our event. She brought humour, inspiration and entertainment. Not only did we receive fantastic feedback from our clients but she took the time to connect with our team.  Highly recommend her!</w:t>
      </w:r>
    </w:p>
    <w:p>
      <w:pPr>
        <w:pStyle w:val="Heading2"/>
      </w:pPr>
      <w:r>
        <w:t>26. Melissa Brunton</w:t>
      </w:r>
    </w:p>
    <w:p>
      <w:r>
        <w:rPr>
          <w:i/>
        </w:rPr>
        <w:t>Senior Vice President, Global Events, Marketing and Communications, FIA, Inc.</w:t>
      </w:r>
    </w:p>
    <w:p>
      <w:r>
        <w:t>Date: 10/06/17, 07:44 PM    Status: VISIBLE</w:t>
      </w:r>
    </w:p>
    <w:p>
      <w:r>
        <w:t>The US DSA had the pleasure of having Amanda Gore back for an encore presentation for our opening general session at our 2017 Annual Meeting. Amanda first spoke at a DSA conference in 2004 where she and Dr. Phil both delivered keynote presenters. It was Amanda's words of wisdom and advice on changing your thinking that were the buzz of the conference then, and that was the case again this year. Her brilliant lessons had a positive impact on the audience that continued throughout the two day event. Evaluations reflected it was one of the most successful events we've delivered in a few years, much thanks to Amanda's kick-off.</w:t>
      </w:r>
    </w:p>
    <w:p>
      <w:pPr>
        <w:pStyle w:val="Heading2"/>
      </w:pPr>
      <w:r>
        <w:t>27. Debbie Palmer</w:t>
      </w:r>
    </w:p>
    <w:p>
      <w:r>
        <w:rPr>
          <w:i/>
        </w:rPr>
        <w:t>Managing Director , PPM Group</w:t>
      </w:r>
    </w:p>
    <w:p>
      <w:r>
        <w:t>Date: 10/04/17, 11:10 PM    Status: VISIBLE</w:t>
      </w:r>
    </w:p>
    <w:p>
      <w:r>
        <w:t>Amanda has the amazing ability to captivate, educate and motivate her audiences. Her message was on point, tailored and delivered in memorable way. The feedback we received from our delegates about Amanda's session was amazing. She was definitely a standout.</w:t>
      </w:r>
    </w:p>
    <w:p>
      <w:pPr>
        <w:pStyle w:val="Heading2"/>
      </w:pPr>
      <w:r>
        <w:t>28. Alanna Geary FACN</w:t>
      </w:r>
    </w:p>
    <w:p>
      <w:r>
        <w:rPr>
          <w:i/>
        </w:rPr>
        <w:t>Director Board of Directors, Cancer Council Queensland</w:t>
      </w:r>
    </w:p>
    <w:p>
      <w:r>
        <w:t>Date: 10/04/17, 11:09 AM    Status: VISIBLE</w:t>
      </w:r>
    </w:p>
    <w:p>
      <w:r>
        <w:t>Amanda is an inspirational and motivated speaker. Her ability to engage the audience through real life experience and humour is second to none.  With a large Nursing and Midwifery workforce and in order to think a little outside the box I asked Amanda to start us on our leadership journey. Through simple props, lighthearted banter and great words of wisdom she did just that!! Incredibly intelligent and wonderful woman whom I would highly recommend as a speaker, a mentor and since the commencement of our interactions now a dear friend. Zoot zoot zoot!!</w:t>
      </w:r>
    </w:p>
    <w:p>
      <w:pPr>
        <w:pStyle w:val="Heading2"/>
      </w:pPr>
      <w:r>
        <w:t>29. Kate Bashore-Battiste</w:t>
      </w:r>
    </w:p>
    <w:p>
      <w:r>
        <w:rPr>
          <w:i/>
        </w:rPr>
        <w:t>Senior Meeting Planner, American Nurses Association</w:t>
      </w:r>
    </w:p>
    <w:p>
      <w:r>
        <w:t>Date: 11/01/16, 11:16 AM    Status: VISIBLE</w:t>
      </w:r>
    </w:p>
    <w:p>
      <w:r>
        <w:t>Our audience loved Amanda's message and energy.    She helped make our nursing conference a great success.</w:t>
      </w:r>
    </w:p>
    <w:p>
      <w:pPr>
        <w:pStyle w:val="Heading2"/>
      </w:pPr>
      <w:r>
        <w:t>30. Angus Sullivan</w:t>
      </w:r>
    </w:p>
    <w:p>
      <w:r>
        <w:rPr>
          <w:i/>
        </w:rPr>
        <w:t>Group Executive - Retail Banking , Commonwealth Bank</w:t>
      </w:r>
    </w:p>
    <w:p>
      <w:r>
        <w:t>Date: 11/01/16, 06:59 AM    Status: VISIBLE</w:t>
      </w:r>
    </w:p>
    <w:p>
      <w:r>
        <w:t>Amanda did an amazing job presenting to our regional branch teams. I think she's the most authentic and inspiring speaker that i've worked with. She speaks from the heart and mind - she uses humour so effectively to pass along serious messages and she radiates joy leaving behind a strong and more vital team. a real joy to work with.</w:t>
      </w:r>
    </w:p>
    <w:p>
      <w:pPr>
        <w:pStyle w:val="Heading2"/>
      </w:pPr>
      <w:r>
        <w:t>31. Jane Floyd</w:t>
      </w:r>
    </w:p>
    <w:p>
      <w:r>
        <w:rPr>
          <w:i/>
        </w:rPr>
        <w:t>Advisor - Home and Community Care, Ageing Australia</w:t>
      </w:r>
    </w:p>
    <w:p>
      <w:r>
        <w:t>Date: 11/01/16, 05:31 AM    Status: VISIBLE</w:t>
      </w:r>
    </w:p>
    <w:p>
      <w:r>
        <w:t>I could write a glowing recommendation on the wonderful presentation that Amanda gave to our 100 carers of people with a disability - but the feedback they sent me will tell you much more:    "Great to have a laugh and communion with other other people at our table. It made life less lonely. So glad I came!"     "Good advice, with lots of laughter. Brightened my day tremendously."    "Very energetic and funny."    "Great to have a laugh and communion with other people at our table. It made life less lonely. So glad I came."    "It changed my attitude."    "I was surprised with the overall presentation - so much positive motivation."    "It woke me up."    "Very uplifting - I cried and I laughed and left feeling a much better and happier person."    "Life changing. Just wonderful."    "The guest speaker was most stimulating and informative about how to live life and enjoy our situation."    "Loved it being funny - laughter is so beneficial."    "I loved it - Amanda is amazing."     "Full of energy and really interesting new way of communicating."     "Let's do it more often."    What more can I say? Amanda is an amazing speaker.</w:t>
      </w:r>
    </w:p>
    <w:p>
      <w:pPr>
        <w:pStyle w:val="Heading2"/>
      </w:pPr>
      <w:r>
        <w:t>32. Olivia Sarah-Le Lacheur GAICD, JP</w:t>
      </w:r>
    </w:p>
    <w:p>
      <w:r>
        <w:rPr>
          <w:i/>
        </w:rPr>
        <w:t>Chief Operating Officer, MetLife Australia</w:t>
      </w:r>
    </w:p>
    <w:p>
      <w:r>
        <w:t>Date: 07/05/16, 07:55 AM    Status: VISIBLE</w:t>
      </w:r>
    </w:p>
    <w:p>
      <w:r>
        <w:t>Amanda brings energy and enthusiasm to the stage, sharing life experience, logic and laughter. She will create a new language, memorable moments and greater self awareness for all who attend her session. Ta Da Amanda !!</w:t>
      </w:r>
    </w:p>
    <w:p>
      <w:pPr>
        <w:pStyle w:val="Heading2"/>
      </w:pPr>
      <w:r>
        <w:t>33. Don Trapnell</w:t>
      </w:r>
    </w:p>
    <w:p>
      <w:r>
        <w:rPr>
          <w:i/>
        </w:rPr>
        <w:t>Entered Life Insurance Industry, Various Companies</w:t>
      </w:r>
    </w:p>
    <w:p>
      <w:r>
        <w:t>Date: 06/10/16, 04:38 AM    Status: VISIBLE</w:t>
      </w:r>
    </w:p>
    <w:p>
      <w:r>
        <w:t>Synchron was honoured to have Amanda Gore open its national conference in Hong Kong and she did so with such skill and energy that she set a standard for all subsequent speakers to follow. Amanda's engagement with our delegates was first class and the message she had resonated and was repeated throughout the entire conference.    It is easy to see why Amanda is regarded by many (me included) as Australia's premier international speaker.</w:t>
      </w:r>
    </w:p>
    <w:p>
      <w:pPr>
        <w:pStyle w:val="Heading2"/>
      </w:pPr>
      <w:r>
        <w:t>34. Melissa (Molly) Baker MAICD</w:t>
      </w:r>
    </w:p>
    <w:p>
      <w:r>
        <w:rPr>
          <w:i/>
        </w:rPr>
        <w:t>Global Chief People, Culture &amp; ESG Officer, KEVIN.MURPHY</w:t>
      </w:r>
    </w:p>
    <w:p>
      <w:r>
        <w:t>Date: 05/10/16, 02:27 AM    Status: VISIBLE</w:t>
      </w:r>
    </w:p>
    <w:p>
      <w:r>
        <w:t>I was blessed enough to see Amanda present at our customer MBE Conference recently in Sydney.  This was the 2nd time in the last 6 years that I had seen her work. Amanda is engaging, energetic, passionate and above all very authentic.   Her take aways still continue to resonate with me and her passion is electric.</w:t>
      </w:r>
    </w:p>
    <w:p>
      <w:pPr>
        <w:pStyle w:val="Heading2"/>
      </w:pPr>
      <w:r>
        <w:t>35. Ruth Hirst</w:t>
      </w:r>
    </w:p>
    <w:p>
      <w:r>
        <w:rPr>
          <w:i/>
        </w:rPr>
        <w:t>Co-Founder, Pollinate Brandcasting</w:t>
      </w:r>
    </w:p>
    <w:p>
      <w:r>
        <w:t>Date: 03/15/16, 11:21 PM    Status: VISIBLE</w:t>
      </w:r>
    </w:p>
    <w:p>
      <w:r>
        <w:t>Amanda was a great speaker and fit for our franchise clients.  Her burst of energy and natural enthusiasm is infectious and naturally brings people to engage and step outside their comfort zone.    Amanda is flexible, adaptable and authentic.  I look forward to working with her again!</w:t>
      </w:r>
    </w:p>
    <w:p>
      <w:pPr>
        <w:pStyle w:val="Heading2"/>
      </w:pPr>
      <w:r>
        <w:t>36. James Gelder</w:t>
      </w:r>
    </w:p>
    <w:p>
      <w:r>
        <w:rPr>
          <w:i/>
        </w:rPr>
        <w:t>Management Consultant, Self-employed</w:t>
      </w:r>
    </w:p>
    <w:p>
      <w:r>
        <w:t>Date: 12/19/15, 11:14 PM    Status: VISIBLE</w:t>
      </w:r>
    </w:p>
    <w:p>
      <w:r>
        <w:t>It has been my pleasure to invite Amanda Gore with her message of Joy to speak at several business sales meetings over the past decade plus and I'll invite her again when the situation is right.      Her message is entertaining, high energy, engaging, motivational, thought provoking, and behavior changing.  Her powerful message is delivered with humor but sprinkled with science.    Her presentation will be a highlight of any meeting.  People will be talking about   her message for days.     The first time I heard her l learned how to "build a bridge and get over it".   It works</w:t>
      </w:r>
    </w:p>
    <w:p>
      <w:pPr>
        <w:pStyle w:val="Heading2"/>
      </w:pPr>
      <w:r>
        <w:t>37. Jason Harm</w:t>
      </w:r>
    </w:p>
    <w:p>
      <w:r>
        <w:rPr>
          <w:i/>
        </w:rPr>
        <w:t>Manager Regional Development, Lockyer Valley Regional Council</w:t>
      </w:r>
    </w:p>
    <w:p>
      <w:r>
        <w:t>Date: 12/15/15, 09:54 AM    Status: VISIBLE</w:t>
      </w:r>
    </w:p>
    <w:p>
      <w:r>
        <w:t>Amanda provided our business community to remember why they were in business. She delivered and excellent workshop that was 100% on brief with terrific results. All participants not only wanted her to return but also wanted to ensure more staff could attend.</w:t>
      </w:r>
    </w:p>
    <w:p>
      <w:pPr>
        <w:pStyle w:val="Heading2"/>
      </w:pPr>
      <w:r>
        <w:t>38. Sonya Keenan</w:t>
      </w:r>
    </w:p>
    <w:p>
      <w:r>
        <w:rPr>
          <w:i/>
        </w:rPr>
        <w:t>Chief Marketing Officer , Changing Habits</w:t>
      </w:r>
    </w:p>
    <w:p>
      <w:r>
        <w:t>Date: 11/11/15, 12:14 AM    Status: VISIBLE</w:t>
      </w:r>
    </w:p>
    <w:p>
      <w:r>
        <w:t>Amanda Gore can be summed up in one word Amazing! As a keynote speaker she has the power to move participants from laughter to tears and back again. Her ability to tell a story and engage an audience is incredible.... I first saw Amanda speak over 20 years ago - her message is timeless and delivered through a prism of the here and now.     We recently invited Amanda to be apart of our live event series - Balance by Deborah Hutton - Reconnect and from the feedback we received her keynote was for many of our participants live changing.    We look forward to having Amanda at our events again and again.</w:t>
      </w:r>
    </w:p>
    <w:p>
      <w:pPr>
        <w:pStyle w:val="Heading2"/>
      </w:pPr>
      <w:r>
        <w:t>39. Tim Courtright</w:t>
      </w:r>
    </w:p>
    <w:p>
      <w:r>
        <w:rPr>
          <w:i/>
        </w:rPr>
        <w:t>Advisor, Consultant and Investor, Tackora LLC</w:t>
      </w:r>
    </w:p>
    <w:p>
      <w:r>
        <w:t>Date: 08/07/15, 06:58 AM    Status: VISIBLE</w:t>
      </w:r>
    </w:p>
    <w:p>
      <w:r>
        <w:t>You killed it with us at our Sales Kick Off! You were absolutely right going first up and setting the scene. You managed to hit all the points we wanted brought out that were relevant to Veda and you did it in a really memorable way. Your delivery and energy is tremendous. That's exactly what we wanted to have our people walk away with - great concept, tools to execute and a terminology that we can use to remind people how to keep the momentum going. Super job...more please</w:t>
      </w:r>
    </w:p>
    <w:p>
      <w:pPr>
        <w:pStyle w:val="Heading2"/>
      </w:pPr>
      <w:r>
        <w:t>40. Kevin Young</w:t>
      </w:r>
    </w:p>
    <w:p>
      <w:r>
        <w:rPr>
          <w:i/>
        </w:rPr>
        <w:t>Founder/Director, Property Club</w:t>
      </w:r>
    </w:p>
    <w:p>
      <w:r>
        <w:t>Date: 03/13/15, 05:23 AM    Status: VISIBLE</w:t>
      </w:r>
    </w:p>
    <w:p>
      <w:r>
        <w:t>We had Amanda speak at our Conference and she was AMAZING. She had hundreds of people interacting and standing up smiling and engaged in her talk (which was tailored to our business).    Her motivation was contagious and everyone left feeling energized and happy. Would highly recommend having her as a keynote speaker at any event!</w:t>
      </w:r>
    </w:p>
    <w:p>
      <w:pPr>
        <w:pStyle w:val="Heading2"/>
      </w:pPr>
      <w:r>
        <w:t>41. Erin Peters</w:t>
      </w:r>
    </w:p>
    <w:p>
      <w:r>
        <w:rPr>
          <w:i/>
        </w:rPr>
        <w:t>Midwifery Student, Australian Catholic University</w:t>
      </w:r>
    </w:p>
    <w:p>
      <w:r>
        <w:t>Date: 03/13/15, 12:56 AM    Status: VISIBLE</w:t>
      </w:r>
    </w:p>
    <w:p>
      <w:r>
        <w:t>Amanda took the time to understand our business and tailored her presentation to suit. Our audience left extremely motivated and on a high!</w:t>
      </w:r>
    </w:p>
    <w:p>
      <w:pPr>
        <w:pStyle w:val="Heading2"/>
      </w:pPr>
      <w:r>
        <w:t>42. Gary. Nulty</w:t>
      </w:r>
    </w:p>
    <w:p>
      <w:r>
        <w:rPr>
          <w:i/>
        </w:rPr>
        <w:t>Financial Controller, Evapco Australia Pty Ltd</w:t>
      </w:r>
    </w:p>
    <w:p>
      <w:r>
        <w:t>Date: 03/12/15, 08:50 PM    Status: VISIBLE</w:t>
      </w:r>
    </w:p>
    <w:p>
      <w:r>
        <w:t>Amanda recently spoke at our National sales conference to around 20 of the sales team. After just a few short discussions Amanda was quick to get a great picture of our business and team and what we were looking for from her. Amanda got our conference off to a great start which carried through for the full three days and most importantly she left the team with some tools and thoughts for them to take away. The group thoroughly enjoyed Amanda's session.</w:t>
      </w:r>
    </w:p>
    <w:p>
      <w:pPr>
        <w:pStyle w:val="Heading2"/>
      </w:pPr>
      <w:r>
        <w:t>43. Denis Cooney</w:t>
      </w:r>
    </w:p>
    <w:p>
      <w:r>
        <w:rPr>
          <w:i/>
        </w:rPr>
        <w:t>Owner, Ormus-Alchemy.com</w:t>
      </w:r>
    </w:p>
    <w:p>
      <w:r>
        <w:t>Date: 03/10/15, 03:55 AM    Status: VISIBLE</w:t>
      </w:r>
    </w:p>
    <w:p>
      <w:r>
        <w:t>Amanda has been a lover of blossoming people around her for the 27 years I have known her .. she has it down to a fine (and funny) art!</w:t>
      </w:r>
    </w:p>
    <w:p>
      <w:pPr>
        <w:pStyle w:val="Heading2"/>
      </w:pPr>
      <w:r>
        <w:t>44. Angela Gaiero</w:t>
      </w:r>
    </w:p>
    <w:p>
      <w:r>
        <w:rPr>
          <w:i/>
        </w:rPr>
        <w:t>"Shaping our Future" Business Partner | People Portfolio | Enterprise Services Division , University of Southern Queensland</w:t>
      </w:r>
    </w:p>
    <w:p>
      <w:r>
        <w:t>Date: 12/11/14, 01:39 AM    Status: VISIBLE</w:t>
      </w:r>
    </w:p>
    <w:p>
      <w:r>
        <w:t>At the end of a year when most of us were feeling tired and in need of a break, Amanda's presentation was inspiring and re-energising.  Amanda gave us some really important and valuable messages on how, as leaders and managers,  to bring out the best in ourselves and our team.  Importantly, Amanda showed us how to do this and have fun at the same time, giving us factual, research based information on why we do things and how we can change this.  Amanda is so good for the spirit, bringing laughter and joy into the education process as well.  Great presentation.      Regards  Angela Gaiero</w:t>
      </w:r>
    </w:p>
    <w:p>
      <w:pPr>
        <w:pStyle w:val="Heading2"/>
      </w:pPr>
      <w:r>
        <w:t>45. Ann Dally</w:t>
      </w:r>
    </w:p>
    <w:p>
      <w:r>
        <w:rPr>
          <w:i/>
        </w:rPr>
        <w:t>Marriage Celebrant, Events Etcetera</w:t>
      </w:r>
    </w:p>
    <w:p>
      <w:r>
        <w:t>Date: 09/25/14, 09:34 AM    Status: VISIBLE</w:t>
      </w:r>
    </w:p>
    <w:p>
      <w:r>
        <w:t>Our marriage celebrant association, Australian Marriage Celebrants Incorporated, engaged this delightful, absolutely amazingly inspirational and motivational speaker, Amanda Gore, for our July 2014 conference.     Amanda was, without doubt, the highlight of our conference, and the best decision we could have made. Simply put  - outstanding!    Amanda had our 250 participants captivated from the moment she walked on stage. The rave reviews are still coming in. Not only is Amanda motivational, but her presentation is also genuinely life changing for so many people - we were touched by her warmth and passion for positivity.     It really is difficult to put into words what an amazing effect this lady can have on those fortunate enough to be in her audience! We were spellbound, enchanted, moved beyond words, and every single delegate left on the highest of highs.    Thank you Amanda for being you. A unique, no-nonsense, "get a life" presenter - you rocked our conference and we will be forever grateful!    Our conference would not have started on the high note it did without you. Delegates are still raving about the effect you have had on them.    We loved you! And we will be inviting you to come back to our next conference - it just would not be the same without you!    Warmly, and sincerely,  Ann Dally  President  Australian Marriage Celebrants Inc.</w:t>
      </w:r>
    </w:p>
    <w:p>
      <w:pPr>
        <w:pStyle w:val="Heading2"/>
      </w:pPr>
      <w:r>
        <w:t>46. Alan Pratt,  CAP®</w:t>
      </w:r>
    </w:p>
    <w:p>
      <w:r>
        <w:rPr>
          <w:i/>
        </w:rPr>
        <w:t>National Relationship Manager, The Signatry</w:t>
      </w:r>
    </w:p>
    <w:p>
      <w:r>
        <w:t>Date: 09/25/14, 04:36 AM    Status: VISIBLE</w:t>
      </w:r>
    </w:p>
    <w:p>
      <w:r>
        <w:t>Amanda was the Keynote Speaker at the Conference in Denver for Financial Service Sales Professionals.  She thoroughly engaged the audience, and spoke of joy, gratitude, and happiness.  All 130 attendees had great things to say about her, her message, and her method for "engaging" the audience in the presentation.  I would highly recommend her as a Keynote Speaker.</w:t>
      </w:r>
    </w:p>
    <w:p>
      <w:pPr>
        <w:pStyle w:val="Heading2"/>
      </w:pPr>
      <w:r>
        <w:t>47. Rita Connor</w:t>
      </w:r>
    </w:p>
    <w:p>
      <w:r>
        <w:rPr>
          <w:i/>
        </w:rPr>
        <w:t>Owner, Your Wow Years</w:t>
      </w:r>
    </w:p>
    <w:p>
      <w:r>
        <w:t>Date: 09/24/14, 09:33 PM    Status: VISIBLE</w:t>
      </w:r>
    </w:p>
    <w:p>
      <w:r>
        <w:t>Amanda- Thank you SO much for giving such an fabulous presentation to our Society of Incentive Travel Executives Southern California Chapter yesterday.  Everyone loved you!  Your words of inspiration were a huge example in how to package profound messages with humor and to be more appreciative of each other.   After your talk, several attendees came up to me and said that was our best speaker presentation EVER!    A couple of other colleagues who attended the event said it was so much more inspiring and enlightening than just hearing facts and figures from a speaker.  At our SITE SoCal Board meeting later yesterday, we were all showing appreciation and saying "Ta-Da!" to each other!  Thanks again for helping us laugh, learn, love, celebrate and for "lighting the pilot light in our hearts"!  You're the best!  Warmest regards, Rita</w:t>
      </w:r>
    </w:p>
    <w:p>
      <w:pPr>
        <w:pStyle w:val="Heading2"/>
      </w:pPr>
      <w:r>
        <w:t>48. Kiri Middleton</w:t>
      </w:r>
    </w:p>
    <w:p>
      <w:r>
        <w:rPr>
          <w:i/>
        </w:rPr>
        <w:t>General Manager - Strategic Events, TechnologyOne</w:t>
      </w:r>
    </w:p>
    <w:p>
      <w:r>
        <w:t>Date: 07/21/14, 08:17 AM    Status: VISIBLE</w:t>
      </w:r>
    </w:p>
    <w:p>
      <w:r>
        <w:t>Amada presented at a conference recently and from the moment she stepped on stage, you could feel the room burst into energy. Positivity was the word and Amanda had everyone entertained and engaged right until the end. Amanda even had them (over 500 pax) singing and hugging as they left the room - amazing to see! The momentum of her presentation has changed perceptions here in the office (for the better) and we are continuing to benefit from her presentation. 100% recommend!</w:t>
      </w:r>
    </w:p>
    <w:p>
      <w:pPr>
        <w:pStyle w:val="Heading2"/>
      </w:pPr>
      <w:r>
        <w:t>49. Walter Levy</w:t>
      </w:r>
    </w:p>
    <w:p>
      <w:r>
        <w:rPr>
          <w:i/>
        </w:rPr>
        <w:t>Writer and Sales Advisor, Walter's Letters</w:t>
      </w:r>
    </w:p>
    <w:p>
      <w:r>
        <w:t>Date: 06/23/14, 02:21 AM    Status: VISIBLE</w:t>
      </w:r>
    </w:p>
    <w:p>
      <w:r>
        <w:t>Amanda is a fantastic motivational speaker. Not only does she keep the audience entertained and excited but more importantly there is take-home value that is not only worthwhile but lasting</w:t>
      </w:r>
    </w:p>
    <w:p>
      <w:pPr>
        <w:pStyle w:val="Heading2"/>
      </w:pPr>
      <w:r>
        <w:t>50. Sue Brooks</w:t>
      </w:r>
    </w:p>
    <w:p>
      <w:r>
        <w:rPr>
          <w:i/>
        </w:rPr>
        <w:t>Silpada Designs Representative</w:t>
      </w:r>
    </w:p>
    <w:p>
      <w:r>
        <w:t>Date: 05/14/14, 02:51 PM    Status: VISIBLE</w:t>
      </w:r>
    </w:p>
    <w:p>
      <w:r>
        <w:t>Amanda is one of the best motivational speakers around. She is attentive to the particular group she is speaking to, making her presentation relevant to everyone. She can be trusted to deliver.</w:t>
      </w:r>
    </w:p>
    <w:p>
      <w:pPr>
        <w:pStyle w:val="Heading2"/>
      </w:pPr>
      <w:r>
        <w:t>51. Craig McGregor</w:t>
      </w:r>
    </w:p>
    <w:p>
      <w:r>
        <w:rPr>
          <w:i/>
        </w:rPr>
        <w:t>Director Alliances, MyCISO</w:t>
      </w:r>
    </w:p>
    <w:p>
      <w:r>
        <w:t>Date: 05/07/14, 05:41 AM    Status: VISIBLE</w:t>
      </w:r>
    </w:p>
    <w:p>
      <w:r>
        <w:t>I was part of our company's organising committee for our annual Sales Kick-Off event. We hired Amanda as a motivational speaker and she did an oustanding job. Her message was inspirational, humourous and memorable and the feedback I have received from the team on her session was fantastic. I would reccomend Amanda to anyone with a similar requirment for their teams.</w:t>
      </w:r>
    </w:p>
    <w:p>
      <w:pPr>
        <w:pStyle w:val="Heading2"/>
      </w:pPr>
      <w:r>
        <w:t>52. Carole Gregson</w:t>
      </w:r>
    </w:p>
    <w:p>
      <w:r>
        <w:rPr>
          <w:i/>
        </w:rPr>
        <w:t>Conference Business Manager, National Employment Services Association</w:t>
      </w:r>
    </w:p>
    <w:p>
      <w:r>
        <w:t>Date: 04/22/14, 12:05 AM    Status: VISIBLE</w:t>
      </w:r>
    </w:p>
    <w:p>
      <w:r>
        <w:t>Amanda ticks all the boxes for me - and our delegates...she is absolutely wonderful and apart from the wisdom she imparts - she is so refreshingly unique...when I think of someone special and outstanding we have had present at our conferences over 12 years...Amanda is definitely in the Top 3!</w:t>
      </w:r>
    </w:p>
    <w:p>
      <w:pPr>
        <w:pStyle w:val="Heading2"/>
      </w:pPr>
      <w:r>
        <w:t>53. Beata Steiner</w:t>
      </w:r>
    </w:p>
    <w:p>
      <w:r>
        <w:rPr>
          <w:i/>
        </w:rPr>
        <w:t>Director, Absolutely Corporate</w:t>
      </w:r>
    </w:p>
    <w:p>
      <w:r>
        <w:t>Date: 04/11/14, 01:22 AM    Status: VISIBLE</w:t>
      </w:r>
    </w:p>
    <w:p>
      <w:r>
        <w:t>I have seen Amanda's presentation and was absolutely uplifted by her ability to engage her audience through her wit, good humour and most of all fantastic and informative content. Can't wait to see her presenting in the future.</w:t>
      </w:r>
    </w:p>
    <w:p>
      <w:pPr>
        <w:pStyle w:val="Heading2"/>
      </w:pPr>
      <w:r>
        <w:t>54. Nicole Arendsen (Cullen)</w:t>
      </w:r>
    </w:p>
    <w:p>
      <w:r>
        <w:rPr>
          <w:i/>
        </w:rPr>
        <w:t>Director , Cullaborate</w:t>
      </w:r>
    </w:p>
    <w:p>
      <w:r>
        <w:t>Date: 04/10/14, 11:06 PM    Status: VISIBLE</w:t>
      </w:r>
    </w:p>
    <w:p>
      <w:r>
        <w:t>Amanda was the best key note speaker at a mediation conference I attended two years ago and what impressed me most was that she had clearly taken the time to understand our profession. Her key messages were delivered with relevant examples and scenarios. If two years later you can still remember the key messages of a presentation, then that is surely a mark of success? Amanda inspired us to bring joy to parties who come to mediation (not by waving a magic wand - although it is often tempting) but by providing support to conflicted parties and helping them to find a peaceful resolution. I highly recommend Amanda Gore.</w:t>
      </w:r>
    </w:p>
    <w:p>
      <w:pPr>
        <w:pStyle w:val="Heading2"/>
      </w:pPr>
      <w:r>
        <w:t>55. Florence George</w:t>
      </w:r>
    </w:p>
    <w:p>
      <w:r>
        <w:rPr>
          <w:i/>
        </w:rPr>
        <w:t>Integrated Healing Coach, Learning the BAsics</w:t>
      </w:r>
    </w:p>
    <w:p>
      <w:r>
        <w:t>Date: 04/07/14, 01:14 AM    Status: VISIBLE</w:t>
      </w:r>
    </w:p>
    <w:p>
      <w:r>
        <w:t>If you wish to learn how to be a PUBLIC  SPEAKER and to be coached Amanda is the one...she will blow your socks off...she is humorous to the core. Isn't that the way to connect with your audience? Listen to her and you will not be disappointed. I highly recommend her if you are ever looking for a  SPEAKER.</w:t>
      </w:r>
    </w:p>
    <w:p>
      <w:pPr>
        <w:pStyle w:val="Heading2"/>
      </w:pPr>
      <w:r>
        <w:t>56. Kim Kleidon</w:t>
      </w:r>
    </w:p>
    <w:p>
      <w:r>
        <w:rPr>
          <w:i/>
        </w:rPr>
        <w:t>Chief Storyteller, KK Creative Content</w:t>
      </w:r>
    </w:p>
    <w:p>
      <w:r>
        <w:t>Date: 04/04/14, 04:15 AM    Status: VISIBLE</w:t>
      </w:r>
    </w:p>
    <w:p>
      <w:r>
        <w:t>The most engaging and entertaining speaker I've had the fortune to experience....believe me it's an 'experience'. Amanda has a unique take on life and all it's challenges, she'll have you zoot zooting before you know it. Miss the opportunity to 'experience' Amanda at you peril....</w:t>
      </w:r>
    </w:p>
    <w:p>
      <w:pPr>
        <w:pStyle w:val="Heading2"/>
      </w:pPr>
      <w:r>
        <w:t>57. Janice McLeay</w:t>
      </w:r>
    </w:p>
    <w:p>
      <w:r>
        <w:rPr>
          <w:i/>
        </w:rPr>
        <w:t>dispute management specialist, Janice McLeay</w:t>
      </w:r>
    </w:p>
    <w:p>
      <w:r>
        <w:t>Date: 04/04/14, 03:28 AM    Status: VISIBLE</w:t>
      </w:r>
    </w:p>
    <w:p>
      <w:r>
        <w:t>It's hard to find a more engaging and memorable keynote speaker for a conference than Amanda. Her comedy and intelligence combine to present your conference message in memorable ways. Amanda researches your topic area and your audience to ensure her presentation hits the mark every time. She is wonderful!!!!</w:t>
      </w:r>
    </w:p>
    <w:p>
      <w:pPr>
        <w:pStyle w:val="Heading2"/>
      </w:pPr>
      <w:r>
        <w:t>58. Patti Mikosky, RN, CRRN</w:t>
      </w:r>
    </w:p>
    <w:p>
      <w:r>
        <w:rPr>
          <w:i/>
        </w:rPr>
        <w:t>Reiki Master Practitioner, Patti's Room</w:t>
      </w:r>
    </w:p>
    <w:p>
      <w:r>
        <w:t>Date: 04/03/14, 02:40 PM    Status: VISIBLE</w:t>
      </w:r>
    </w:p>
    <w:p>
      <w:r>
        <w:t>I first heard Amanda in Chicago at a convention for insurance companies and it was the best presentation ever. Next time was in Orlando at a case manager conference. As a physiotherapist she hits every target and does it with sincerity, knowledge and humor.  I would attend any conference where she would be keynote.....no one can ever leave without a song in their heart and will learn to "always look on the right side of life."</w:t>
      </w:r>
    </w:p>
    <w:p>
      <w:pPr>
        <w:pStyle w:val="Heading2"/>
      </w:pPr>
      <w:r>
        <w:t>59. Matt Recanati</w:t>
      </w:r>
    </w:p>
    <w:p>
      <w:r>
        <w:rPr>
          <w:i/>
        </w:rPr>
        <w:t>Assistant Part Manager, Richard’s Chevrolet-Buick, Inc.-Cheshire, CT</w:t>
      </w:r>
    </w:p>
    <w:p>
      <w:r>
        <w:t>Date: 04/03/14, 11:57 AM    Status: VISIBLE</w:t>
      </w:r>
    </w:p>
    <w:p>
      <w:r>
        <w:t>Amanda is very detail oriented and a pleasure to deal with . I would recommend Amanda to anyone who has a company or person who needs motavation .</w:t>
      </w:r>
    </w:p>
    <w:p>
      <w:pPr>
        <w:pStyle w:val="Heading2"/>
      </w:pPr>
      <w:r>
        <w:t>60. Wendy Dean</w:t>
      </w:r>
    </w:p>
    <w:p>
      <w:r>
        <w:rPr>
          <w:i/>
        </w:rPr>
        <w:t>Executive Assistant, Humanise Health</w:t>
      </w:r>
    </w:p>
    <w:p>
      <w:r>
        <w:t>Date: 04/03/14, 06:19 AM    Status: VISIBLE</w:t>
      </w:r>
    </w:p>
    <w:p>
      <w:r>
        <w:t>We love Amanda! She is a vibrant and energetic presenter who captivates and engages her audience for the duration of the presentation. Amanda left a lasting impression on our staff who have embraced her philosophies and have created 'Joy Spots' across Australia. I would thoroughly recommend her as an inspirational speaker and she would in my opinion appeal to a wide range of audiences. Zooties!</w:t>
      </w:r>
    </w:p>
    <w:p>
      <w:pPr>
        <w:pStyle w:val="Heading2"/>
      </w:pPr>
      <w:r>
        <w:t>61. Lynette Palmen AM</w:t>
      </w:r>
    </w:p>
    <w:p>
      <w:r>
        <w:rPr>
          <w:i/>
        </w:rPr>
        <w:t>Non-Executive Board Director, Private and Public Sector Boards</w:t>
      </w:r>
    </w:p>
    <w:p>
      <w:r>
        <w:t>Date: 04/03/14, 05:49 AM    Status: VISIBLE</w:t>
      </w:r>
    </w:p>
    <w:p>
      <w:r>
        <w:t>Amanda Gore is an outstanding business woman and excellent platform speaker. Professional, polished and experienced she never disappoints her audience. She is skilled at bringing heart and soul into alignment and her message is applicable across all business sectors. Regardless of whether she is addressing 500 oil and gas executives or 100 small business owners she always manages to leave lasting footprints in the memory of those who's lives she touches. I can not recommend Amanda Gore highly enough. You won't be disappointed on engaging her services.</w:t>
      </w:r>
    </w:p>
    <w:p>
      <w:pPr>
        <w:pStyle w:val="Heading2"/>
      </w:pPr>
      <w:r>
        <w:t>62. Trypheyna McShane</w:t>
      </w:r>
    </w:p>
    <w:p>
      <w:r>
        <w:rPr>
          <w:i/>
        </w:rPr>
        <w:t>Business Owner &amp; Creative Director - The Memory Smith  , Self-employed -The Memory Smith</w:t>
      </w:r>
    </w:p>
    <w:p>
      <w:r>
        <w:t>Date: 04/03/14, 04:33 AM    Status: VISIBLE</w:t>
      </w:r>
    </w:p>
    <w:p>
      <w:r>
        <w:t>We used Amanda's brilliant motivational video's in support of our wise women, at We Wise Women. At midlife and beyond women often find they need to reinvent themselves. Amanda has a very special way of sharing the reality of situations that can be confronting to us but in ways that make us realise we are all in this together. Instead of feeling isolated in our experience we can come to the realisation that others are going through similar confronting experiences and so start searching for the innate resilliance within ourselves. Amanda's humour makes this journey safe. Amanda is one of a kind - A brilliant kind.</w:t>
      </w:r>
    </w:p>
    <w:p>
      <w:pPr>
        <w:pStyle w:val="Heading2"/>
      </w:pPr>
      <w:r>
        <w:t>63. Noah Wilcox</w:t>
      </w:r>
    </w:p>
    <w:p>
      <w:r>
        <w:rPr>
          <w:i/>
        </w:rPr>
        <w:t>Past Chairman, ICBA</w:t>
      </w:r>
    </w:p>
    <w:p>
      <w:r>
        <w:t>Date: 04/03/14, 01:20 AM    Status: VISIBLE</w:t>
      </w:r>
    </w:p>
    <w:p>
      <w:r>
        <w:t>Amanda is an inspirational and energetic thinker, leader and speaker.  It doest hurt that she is funny as hell either.  She was a pure joy to work with at the ICBA Emerging Leaders Conference in 2013. She comfortably moves people out of their comfort zones across generations to get them thinking strategically and creatively and critically about what they do.  I'm sure she will bring a "joy spot" to your next event!</w:t>
      </w:r>
    </w:p>
    <w:p>
      <w:pPr>
        <w:pStyle w:val="Heading2"/>
      </w:pPr>
      <w:r>
        <w:t>64. Shannan Botten</w:t>
      </w:r>
    </w:p>
    <w:p>
      <w:r>
        <w:rPr>
          <w:i/>
        </w:rPr>
        <w:t>Civic Centre Coordinator, Broken Hill City Council</w:t>
      </w:r>
    </w:p>
    <w:p>
      <w:r>
        <w:t>Date: 03/26/14, 04:48 AM    Status: VISIBLE</w:t>
      </w:r>
    </w:p>
    <w:p>
      <w:r>
        <w:t>There is no one word to describe Amanda....AMAZING would be the closest.  Her presentation was simply outstanding and all delegates agreed she was the standout presenter for the day.  I can not recommend her enough and would happily book her again.  Next time I would be booking a longer session as you could quite simply listen to her all day!</w:t>
      </w:r>
    </w:p>
    <w:p>
      <w:pPr>
        <w:pStyle w:val="Heading2"/>
      </w:pPr>
      <w:r>
        <w:t>65. Helen O'Reilly</w:t>
      </w:r>
    </w:p>
    <w:p>
      <w:r>
        <w:rPr>
          <w:i/>
        </w:rPr>
        <w:t>Chief Human Resources Officer, Teachers Mutual Bank Limited</w:t>
      </w:r>
    </w:p>
    <w:p>
      <w:r>
        <w:t>Date: 03/11/14, 04:02 AM    Status: VISIBLE</w:t>
      </w:r>
    </w:p>
    <w:p>
      <w:r>
        <w:t>Amanda's enthusiastic, energetic and optimistic approach to life is contagious. At the end of her presentation to our 80+ team of leaders there was a real buzz that lasted for the rest of the day and everyone was talking about how much they enjoyed the presentation. There were many Ta Daaa's and We'll Done - Excellent" comments made and I'm sure a lot of joy will be spread around the office for many years to come. I would highly recommend Amanda to any organisation looking for ways to improve workplace engagement and help their employees to approach both work and life in a more positive and joyful way.</w:t>
      </w:r>
    </w:p>
    <w:p>
      <w:pPr>
        <w:pStyle w:val="Heading2"/>
      </w:pPr>
      <w:r>
        <w:t>66. Debbie McKenzie</w:t>
      </w:r>
    </w:p>
    <w:p>
      <w:r>
        <w:rPr>
          <w:i/>
        </w:rPr>
        <w:t xml:space="preserve">Currently seeking new opportunities , Developing Knowledge </w:t>
      </w:r>
    </w:p>
    <w:p>
      <w:r>
        <w:t>Date: 03/11/14, 03:55 AM    Status: VISIBLE</w:t>
      </w:r>
    </w:p>
    <w:p>
      <w:r>
        <w:t>Amanda Gore was a keynote speaker at the 2013 Bauer Sales Conference.  The timing of Amanda's presentation aimed to provide participants with an energetic, thought provoking &amp; fun close to the conference.  Amanda delivered across all these objective &amp; more.  The conference feedback highlighted Amanda as an absolute favorite in an impressive line up of speakers.</w:t>
      </w:r>
    </w:p>
    <w:p>
      <w:pPr>
        <w:pStyle w:val="Heading2"/>
      </w:pPr>
      <w:r>
        <w:t>67. Debbie McKenzie</w:t>
      </w:r>
    </w:p>
    <w:p>
      <w:r>
        <w:rPr>
          <w:i/>
        </w:rPr>
        <w:t xml:space="preserve">Currently seeking new opportunities , Developing Knowledge </w:t>
      </w:r>
    </w:p>
    <w:p>
      <w:r>
        <w:t>Date: 10/23/13, 07:26 AM    Status: VISIBLE</w:t>
      </w:r>
    </w:p>
    <w:p>
      <w:r>
        <w:t>Amanda was the last speaker after a three day conference and a gala night for 200 people. Amanda made an amazing positive impression on our team. Her contagious energy and insight built a thought provoking, energetic &amp; incredibly funny conclusion to our conference. Everyone left energised with a smile.</w:t>
      </w:r>
    </w:p>
    <w:p>
      <w:pPr>
        <w:pStyle w:val="Heading2"/>
      </w:pPr>
      <w:r>
        <w:t>68. Nancy Earl Harrison, C.S.</w:t>
      </w:r>
    </w:p>
    <w:p>
      <w:r>
        <w:rPr>
          <w:i/>
        </w:rPr>
        <w:t>Practitioner of Christian Science healing, Self-Employed Christian healer</w:t>
      </w:r>
    </w:p>
    <w:p>
      <w:r>
        <w:t>Date: 10/21/13, 08:12 PM    Status: VISIBLE</w:t>
      </w:r>
    </w:p>
    <w:p>
      <w:r>
        <w:t>I have attended many leadership events and heard many keynote speakers. Sometimes their message resonates for the moment, sometimes days. Amanda's message changes you and stays with you forever.    Amanda clearly did her homework before addressing our group. She knew our weaknesses and our strengths, our challenges and our successes. I am not the only one who incorporated her lessons into my life post-conference; some of her code words (Foofers and FARC) have not only become common in our daily language, we've added our own spin to them - "Foof off!"    I recommend Amanda without reservation or hesitation. After seeing how she honed her message to relate to some specifics of our group, I have no doubt that she can (and will) do the same for yours and leave your attendees inspired, attitude-adjusted and raring to put her message of joy into practice in their lives and in your organization.</w:t>
      </w:r>
    </w:p>
    <w:p>
      <w:pPr>
        <w:pStyle w:val="Heading2"/>
      </w:pPr>
      <w:r>
        <w:t>69. Amanda Callaway</w:t>
      </w:r>
    </w:p>
    <w:p>
      <w:r>
        <w:rPr>
          <w:i/>
        </w:rPr>
        <w:t>Currently enjoying life, Self-employed</w:t>
      </w:r>
    </w:p>
    <w:p>
      <w:r>
        <w:t>Date: 10/21/13, 12:13 AM    Status: VISIBLE</w:t>
      </w:r>
    </w:p>
    <w:p>
      <w:r>
        <w:t>I had the absolute pleasure of recommending and contracting Amanda to present at a valued client's recent conference.  Amanda was punctual, easy to communicate with and her amazing energy resulted in the following responses from the delegation:    Over 70% rated Amanda and her presentation as 'Absolutely Fantastic', with the remaining rating her as 'Great'.    When asked about what key learnings the delegation had taken from the conference, the following referred to Amanda:       **How important it is to convey a positive attitude &amp; not to let other people's negativity impact on you     **The need for work, life balance     **Be thankful for your health and look after yourself     **Surround yourself with people that make you happy and positive     **Providing recognition to staff is the primary driver to most successful work places     **Men don't think about anything!!!     **Continue to recognise, appreciate and reward my staff. Happy staff = Happy customers     **Tada!    Both the delegation and the client were so impressed with Amanda's presentation that she was the hot topic at every table at the dinner the following evening!    I would have no hesitation in recommending or contracting Amanda for future clients and I can't wait to work with her again.</w:t>
      </w:r>
    </w:p>
    <w:p>
      <w:pPr>
        <w:pStyle w:val="Heading2"/>
      </w:pPr>
      <w:r>
        <w:t>70. Karen Skirten</w:t>
      </w:r>
    </w:p>
    <w:p>
      <w:r>
        <w:rPr>
          <w:i/>
        </w:rPr>
        <w:t>Marketing &amp; Sales Manager, MOBO Promotional Solutions</w:t>
      </w:r>
    </w:p>
    <w:p>
      <w:r>
        <w:t>Date: 09/27/13, 02:42 PM    Status: VISIBLE</w:t>
      </w:r>
    </w:p>
    <w:p>
      <w:r>
        <w:t>Amanda was hired as the keynote speaker for Executive Women International's (EWI) Leadership Conference and Annual Meeting on the 19Sep13.  She delivered a high energy presentation that had all 400 attendees on their feet.  Her key message of embracing change resonated so well that we continually heard our members reciting key components, adding her signature song as their personal ring tones and imitating her actions throughout the rest of the conference.  She set a tone for the entire conference which was one of incredible positivity.  The results at our Annual Meeting were unprecedented.  I would not hesitate to recommend Amanda to any conference organizer that wants to engage their membership!  So much fun and wisdom!</w:t>
      </w:r>
    </w:p>
    <w:p>
      <w:pPr>
        <w:pStyle w:val="Heading2"/>
      </w:pPr>
      <w:r>
        <w:t>71. Amanda Towns</w:t>
      </w:r>
    </w:p>
    <w:p>
      <w:r>
        <w:rPr>
          <w:i/>
        </w:rPr>
        <w:t>Regional Ministry Leader - Tasmania, Samaritan's Purse</w:t>
      </w:r>
    </w:p>
    <w:p>
      <w:r>
        <w:t>Date: 09/23/13, 01:00 AM    Status: VISIBLE</w:t>
      </w:r>
    </w:p>
    <w:p>
      <w:r>
        <w:t>Amanda is an outstanding Key Note Speaker.    From the first moment we started conversing to the final goodbye, Amanda was nothing but professional, relational and intentional.  She was willing to listen to my event needs, understand the event audience and cared about the outcomes we hoped to achieve for the event.  Having worked with a number of speakers, both locally and internationally, this characteristic is quite hard to find, yet, it is imperative to flourishing and successful events.    Within the first 10 minutes (possibly 5) she had our 500 women fully engaged.  Admittedly we were doing crazy things, but  everyone entered in.  Lots of laughing and movement in the room.      When asked, "What did you think of Amanda Gore", our delegate feedback was 92% with 'right up there with the best I've ever heard' and incredible, I'm still feeling inspired (4 weeks on)    Amanda's attention to detail, her initiative and ability to read and discern the audience is vital to a successful event.  She did it all so incredibly well.    On a personal level, she was a delight to work with and be with.      Would we have her back again?  For sure and for certain!!  :)</w:t>
      </w:r>
    </w:p>
    <w:p>
      <w:pPr>
        <w:pStyle w:val="Heading2"/>
      </w:pPr>
      <w:r>
        <w:t>72. Jo Thornton</w:t>
      </w:r>
    </w:p>
    <w:p>
      <w:r>
        <w:rPr>
          <w:i/>
        </w:rPr>
        <w:t>Senior Sales Consultant &amp; Licensed Real Estate Agent, Ray White Ballarat</w:t>
      </w:r>
    </w:p>
    <w:p>
      <w:r>
        <w:t>Date: 07/25/13, 10:58 PM    Status: VISIBLE</w:t>
      </w:r>
    </w:p>
    <w:p>
      <w:r>
        <w:t>Hi Amanda,     I wanted to write first up this morning to say a huge ‘Thank You’!     Your opening keynote session on day 1 of our conference really set the tone for the event – it was like everyone entered the room in one mindset, and left with another.  The transformation from your 3hr session was unbelievable and was evident throughout the rest of the event.  Prior to the conference I felt like everyone was not thinking as ‘ONE’, however, upon conclusion, I have never seen this group so united in their thinking, their approach, and their vision for the future of our organisation, it was truly something special to watch unfold!      Your ability to understand our organisation, connect with the audience, and transform their way of thinking was truly remarkable.   You are a complete professional and an expert at what you do Amanda, and I, nor my colleagues at the conference, can speak highly enough of you!     Once again, thank you Amanda and even those words seem inadequate for what you were able to achieve with our delegates and the gratitude felt around the organisation.     I really look forward to the opportunity of working with you again in the future.     Regards,    Joanne Green   Events Manager</w:t>
      </w:r>
    </w:p>
    <w:p>
      <w:pPr>
        <w:pStyle w:val="Heading2"/>
      </w:pPr>
      <w:r>
        <w:t>73. Marcia Raheb</w:t>
      </w:r>
    </w:p>
    <w:p>
      <w:r>
        <w:rPr>
          <w:i/>
        </w:rPr>
        <w:t>Extended Disc Behavioural Consultant, Extended DISC® powered by FinxS®</w:t>
      </w:r>
    </w:p>
    <w:p>
      <w:r>
        <w:t>Date: 05/28/13, 11:08 AM    Status: VISIBLE</w:t>
      </w:r>
    </w:p>
    <w:p>
      <w:r>
        <w:t>I was lucky enough to experience Amanda at a conference I attended back in 1989 when I first started working in the media industry more than 20 years ago. She blew me away and since then has been one of the most memorable speakers I have seen to date (and yes i have seen a lot!). When I was charged with finding a keynote speaker for the Media Sales Summit I knew I had to track her down. And that I did.  The group were a  tough, cynical bunch, feeling a bit jaded with the plethora of conferences on at the time.  I watched her shine as she brought them back to what really mattered, JOY. We had so much fun and through it learnt more about life and what it really is all about. Thank you Amanda as always you are a much needed STAR in this ever changing world of ours. With Gratitude</w:t>
      </w:r>
    </w:p>
    <w:p>
      <w:pPr>
        <w:pStyle w:val="Heading2"/>
      </w:pPr>
      <w:r>
        <w:t>74. Anne Gately</w:t>
      </w:r>
    </w:p>
    <w:p>
      <w:r>
        <w:rPr>
          <w:i/>
        </w:rPr>
        <w:t>Executive Coach / Director, private practice</w:t>
      </w:r>
    </w:p>
    <w:p>
      <w:r>
        <w:t>Date: 05/17/13, 04:07 AM    Status: VISIBLE</w:t>
      </w:r>
    </w:p>
    <w:p>
      <w:r>
        <w:t>Amanda had the hardest gig: last session on a Saturday in a two day conference with hundreds of sceptics - all lawyers! She wowed the crowd with her energy and enthusiasm as she explained how a positive approach to life and practice would make them better lawyers. And she convinced the sceptics with her evidence-based examples woven throughout the presentation. We wore our gratitude glasses home!</w:t>
      </w:r>
    </w:p>
    <w:p>
      <w:pPr>
        <w:pStyle w:val="Heading2"/>
      </w:pPr>
      <w:r>
        <w:t>75. Jason Kerr</w:t>
      </w:r>
    </w:p>
    <w:p>
      <w:r>
        <w:rPr>
          <w:i/>
        </w:rPr>
        <w:t>Events &amp; Engagement Manager, MPA</w:t>
      </w:r>
    </w:p>
    <w:p>
      <w:r>
        <w:t>Date: 05/17/13, 04:03 AM    Status: VISIBLE</w:t>
      </w:r>
    </w:p>
    <w:p>
      <w:r>
        <w:t>Amanda Gore is a very talented speaker and it is a pleasure to see her in action. She has a very gifted talent to deliver serious/important content in an engaging, energising, very humorous and practical way. Recently speaking at my Leadership Conference in February 2013 Amanda delivered an amazing talk on leadership that matters and creating resilient workplaces that lead to better performance, which  I KNOW resonated with the whole audience. Amanda is awesome and I highly recommend her!</w:t>
      </w:r>
    </w:p>
    <w:p>
      <w:pPr>
        <w:pStyle w:val="Heading2"/>
      </w:pPr>
      <w:r>
        <w:t>76. Gary Gorrow</w:t>
      </w:r>
    </w:p>
    <w:p>
      <w:r>
        <w:rPr>
          <w:i/>
        </w:rPr>
        <w:t>Meditation, Mindfulness and High Performance Coach, Gary Gorrow</w:t>
      </w:r>
    </w:p>
    <w:p>
      <w:r>
        <w:t>Date: 05/15/13, 06:15 AM    Status: VISIBLE</w:t>
      </w:r>
    </w:p>
    <w:p>
      <w:r>
        <w:t>As co-creator of the Conscious Club we have had some of the world's great orators grace our stage. Amanda Gore is easily one of the most talented and charismatic speakers I've seen. She is truly captivating and delivers a profound message that is marries leading edge scientific research, comic genius and crowd participation like you've not encountered before. I can't recommend her talents highly enough. Amanda is a national treasure!</w:t>
      </w:r>
    </w:p>
    <w:p>
      <w:pPr>
        <w:pStyle w:val="Heading2"/>
      </w:pPr>
      <w:r>
        <w:t>77. David Lewis</w:t>
      </w:r>
    </w:p>
    <w:p>
      <w:r>
        <w:rPr>
          <w:i/>
        </w:rPr>
        <w:t>Chief Growth Officer, Wed Society®</w:t>
      </w:r>
    </w:p>
    <w:p>
      <w:r>
        <w:t>Date: 04/18/13, 05:32 PM    Status: VISIBLE</w:t>
      </w:r>
    </w:p>
    <w:p>
      <w:r>
        <w:t>Serving as emcee for a 7,000 attendee international simulcast event, Amanda stole the show.  Her enthusiasm radiated through the live audience and had people dancing in the aisles even in broadcast locations several states away!  Fun, engaging and with a solid message you can't help but LOVE Amanda!</w:t>
      </w:r>
    </w:p>
    <w:p>
      <w:pPr>
        <w:pStyle w:val="Heading2"/>
      </w:pPr>
      <w:r>
        <w:t>78. Brooke Long</w:t>
      </w:r>
    </w:p>
    <w:p>
      <w:r>
        <w:rPr>
          <w:i/>
        </w:rPr>
        <w:t>Senior Manager Customer Service and Service Excellence, Stryker</w:t>
      </w:r>
    </w:p>
    <w:p>
      <w:r>
        <w:t>Date: 03/12/13, 01:24 AM    Status: VISIBLE</w:t>
      </w:r>
    </w:p>
    <w:p>
      <w:r>
        <w:t>WOW! never would I have imagined a room full of IT professionals getting up at a conference and dancing and singing with linked arms--- but Amanda made it happen!!! Amazing guest speaker full of energy, passion and enthusiasm. She made sure she knew her audience and delivered a result far greater than we asked for. Very happy with her contribution to our theme of "Success" and would have no hesitation in recommending Amanda to any audience as there was something for everyone in our 90+ group. Thanks Amanda look forward to working with you again.</w:t>
      </w:r>
    </w:p>
    <w:p>
      <w:pPr>
        <w:pStyle w:val="Heading2"/>
      </w:pPr>
      <w:r>
        <w:t>79. Andy Parker, PhD</w:t>
      </w:r>
    </w:p>
    <w:p>
      <w:r>
        <w:rPr>
          <w:i/>
        </w:rPr>
        <w:t>Vice President of Talent Development and Louisiana State Director, Bailey Education Group, LLC</w:t>
      </w:r>
    </w:p>
    <w:p>
      <w:r>
        <w:t>Date: 01/04/13, 10:18 AM    Status: VISIBLE</w:t>
      </w:r>
    </w:p>
    <w:p>
      <w:r>
        <w:t>Amanda Gore single-handedly turned around the climate of our school district in a matter of three hours!  She is an awesome, highly energetic speaker, and I recommend her unhesitatingly.</w:t>
      </w:r>
    </w:p>
    <w:p>
      <w:pPr>
        <w:pStyle w:val="Heading2"/>
      </w:pPr>
      <w:r>
        <w:t>80. Loren Revell-Karutz</w:t>
      </w:r>
    </w:p>
    <w:p>
      <w:r>
        <w:rPr>
          <w:i/>
        </w:rPr>
        <w:t>Communications Advisor - Events, ASC Pty Ltd</w:t>
      </w:r>
    </w:p>
    <w:p>
      <w:r>
        <w:t>Date: 09/25/12, 06:16 AM    Status: VISIBLE</w:t>
      </w:r>
    </w:p>
    <w:p>
      <w:r>
        <w:t>Amanda Gore was chosen to close the 2012 National Mediation Conference held recently at the Sydney Convention and Exhibition Centre. Delegates who were unfamiliar with her work where left pleasantly surprised as she managed to connect with and make the whole auditorium feel engaged and part of the bigger picture. Both Amanda and her team were a pleasure to work with leading up to the conference and the highest level of professionalism and quality assurance was maintained throughout. For an engaging and captivating speaker that left delegates singing, happy and entertainment I highly recommend her services.</w:t>
      </w:r>
    </w:p>
    <w:p>
      <w:pPr>
        <w:pStyle w:val="Heading2"/>
      </w:pPr>
      <w:r>
        <w:t>81. Simone Ashton</w:t>
      </w:r>
    </w:p>
    <w:p>
      <w:r>
        <w:rPr>
          <w:i/>
        </w:rPr>
        <w:t>Director, Leading Voice Speaker Management</w:t>
      </w:r>
    </w:p>
    <w:p>
      <w:r>
        <w:t>Date: 07/31/12, 05:14 AM    Status: VISIBLE</w:t>
      </w:r>
    </w:p>
    <w:p>
      <w:r>
        <w:t>Amanda Gore is simply one of a kind.  Her high energy, highly entertaining presentations have enthralled audiences both Australia wide and overseas for many years.   A stalwart in a very tough industry, where many come and go, Amanda's presentations never fail to energise and educate people from all industries. A lovely lady who will make you smile :)</w:t>
      </w:r>
    </w:p>
    <w:p>
      <w:pPr>
        <w:pStyle w:val="Heading2"/>
      </w:pPr>
      <w:r>
        <w:t>82. John Bray</w:t>
      </w:r>
    </w:p>
    <w:p>
      <w:r>
        <w:rPr>
          <w:i/>
        </w:rPr>
        <w:t>Principal, Queensland Department of Education</w:t>
      </w:r>
    </w:p>
    <w:p>
      <w:r>
        <w:t>Date: 07/14/12, 01:53 AM    Status: VISIBLE</w:t>
      </w:r>
    </w:p>
    <w:p>
      <w:r>
        <w:t>Amanda is an amazing person who understands the important relationship between leadership and motivation.</w:t>
      </w:r>
    </w:p>
    <w:p>
      <w:pPr>
        <w:pStyle w:val="Heading2"/>
      </w:pPr>
      <w:r>
        <w:t>83. Joanne O'Connor</w:t>
      </w:r>
    </w:p>
    <w:p>
      <w:r>
        <w:rPr>
          <w:i/>
        </w:rPr>
        <w:t>Training Manager &amp; Projects, Southland Business Chamber</w:t>
      </w:r>
    </w:p>
    <w:p>
      <w:r>
        <w:t>Date: 07/07/12, 09:02 AM    Status: VISIBLE</w:t>
      </w:r>
    </w:p>
    <w:p>
      <w:r>
        <w:t>I highly recommend Amanda. At our speaker event in Invercargill - New Zealand she had high energy, enthusiasm, inspiration and provided us with a lots of laughs. Years later, we still celebrate our "ta da" moments and remember your key messages - thank you Amanda - you are an amazing lady!</w:t>
      </w:r>
    </w:p>
    <w:p>
      <w:pPr>
        <w:pStyle w:val="Heading2"/>
      </w:pPr>
      <w:r>
        <w:t>84. Ameer Soliman</w:t>
      </w:r>
    </w:p>
    <w:p>
      <w:r>
        <w:rPr>
          <w:i/>
        </w:rPr>
        <w:t>Director Executive Search, Ivory Group</w:t>
      </w:r>
    </w:p>
    <w:p>
      <w:r>
        <w:t>Date: 06/23/12, 09:43 AM    Status: HIDDEN</w:t>
      </w:r>
    </w:p>
    <w:p>
      <w:r>
        <w:t>Amanda is the type of individual who you meet just once but her influence lasts a lifetime. Amanda's energy and enthusiasm to inspire people is second-to-none. She has the unique ability to get business professionals to 'let go' of their pretences and enjoy the thrill of communicating and networking with each other in a collective effort to promote personal, business and leadership improvement. She is a brand in her own right and judging from the scores of recommendations she has here, you can only assume that ‘so many people speaking well of Amanda can’t be wrong’. Best wishes and thank you for your positivity and influence on all those around you.</w:t>
      </w:r>
    </w:p>
    <w:p>
      <w:pPr>
        <w:pStyle w:val="Heading2"/>
      </w:pPr>
      <w:r>
        <w:t>85. Vijay Kashyap MAICD</w:t>
      </w:r>
    </w:p>
    <w:p>
      <w:r>
        <w:rPr>
          <w:i/>
        </w:rPr>
        <w:t>Consulting Human Resources &amp; Transformation Director, HR Transformation</w:t>
      </w:r>
    </w:p>
    <w:p>
      <w:r>
        <w:t>Date: 03/15/12, 01:21 AM    Status: VISIBLE</w:t>
      </w:r>
    </w:p>
    <w:p>
      <w:r>
        <w:t>Amanda was retained to conduct a half day workshop for all managers of the Asia Pacific business in line with our Regional conferences theme of "People with Passion". The agenda was to help increase self awareness as a route to create happy and more engaged people.    Amanda has the amazing ability to connect with many people at the same time enabling them to embark on a journey of self awareness and transformation.  She is able to provide both the science and the spirtuality behind "why we are who we are " and equip her audience with the tools to make change.  All this is done with  a brilliantly engaging style that endears her to one and all.  Truly inspirational speaker who is also a wonderful human being!</w:t>
      </w:r>
    </w:p>
    <w:p>
      <w:pPr>
        <w:pStyle w:val="Heading2"/>
      </w:pPr>
      <w:r>
        <w:t>86. Jenny Kilby</w:t>
      </w:r>
    </w:p>
    <w:p>
      <w:r>
        <w:rPr>
          <w:i/>
        </w:rPr>
        <w:t>Executive , Business Development and Marketing, St Vincent's Private Hospital Northside &amp; St Vincent's Private Hospital Brisbane</w:t>
      </w:r>
    </w:p>
    <w:p>
      <w:r>
        <w:t>Date: 02/28/12, 12:58 PM    Status: VISIBLE</w:t>
      </w:r>
    </w:p>
    <w:p>
      <w:r>
        <w:t>Amanda's presentation was sensational.     The workshop with our Hospital Management Team was joyful, thought provoking, considered, hilarious and energetic.    She connected us and empowered us to think with our heart and our head, to lead, learn and stand united-and above all to approach our work, home life and each other reverently and positively.     She provided us with strategies to change and modify behaviours and stories, how to maintain control in times of stress and to unify teams- not to mention how to build a bridge!    Through much laughter and story telling she had us learning, laughing, listening , singing and dancing - She taught us to wake up.... to what really matters!      Much gratitude and zooties to Amanda.....    Holy Spirit Northside Private Hospital, Chermside.QLD</w:t>
      </w:r>
    </w:p>
    <w:p>
      <w:pPr>
        <w:pStyle w:val="Heading2"/>
      </w:pPr>
      <w:r>
        <w:t>87. Ian Wright</w:t>
      </w:r>
    </w:p>
    <w:p>
      <w:r>
        <w:rPr>
          <w:i/>
        </w:rPr>
        <w:t>Global Commercial Leader, Deloitte</w:t>
      </w:r>
    </w:p>
    <w:p>
      <w:r>
        <w:t>Date: 02/02/12, 12:27 AM    Status: VISIBLE</w:t>
      </w:r>
    </w:p>
    <w:p>
      <w:r>
        <w:t>We hired Amanda to help us support a client who was going through a major transformational change program, with the complex brief of offering some perspectives on leadership, a discussion of successful teaming, and giving the program teams some effective tools for managing the fear of change and stresses of implementing a major program.    Anyone who has seen video clips of Amanda on YouTube knows the energy, humor and deep subject matter expertise that she brings to her engagements. What you don't see is the time and effort she puts into understanding the audience, the key points that we wanted to communicate and the quick undstanding of the company and program structure and culture.    Many speakers make the mistake of being entertaining at the expense of educating and providing content, or of being content rich but dull and unmemorable. Amanda delivers simple, practical techniques for improving team and organizational performance, managing our personal lives, health and relationships. More importantly she does this in a way that is entertaining and memorable.    I find myself using techniques I first heard about when I saw her present 7 years ago. More importantly the survey feedback on the event was overwhelmingly positive, with 75% of folks saying that they would make changes to their personal and work lives based on the session. I also received several personal thank you's from individuals who felt profoundly impacted. There was one 'foofer'.    If you truly want to change your culture and team dynamic, hire Amanda.</w:t>
      </w:r>
    </w:p>
    <w:p>
      <w:pPr>
        <w:pStyle w:val="Heading2"/>
      </w:pPr>
      <w:r>
        <w:t>88. Anna McGeorge</w:t>
      </w:r>
    </w:p>
    <w:p>
      <w:r>
        <w:rPr>
          <w:i/>
        </w:rPr>
        <w:t>Marketing, Events and Engagement Advisor, MITO</w:t>
      </w:r>
    </w:p>
    <w:p>
      <w:r>
        <w:t>Date: 12/12/11, 03:53 AM    Status: VISIBLE</w:t>
      </w:r>
    </w:p>
    <w:p>
      <w:r>
        <w:t>We so enjoyed having Amanda Gore at our recent annual MTA Conference &amp; Expo. Amanda easily built rapport with us and our delegates and set the positive tone for one of our ‘best conferences ever’ (according to delegate evaluations). She was able to connect with our group of around 300 and not only educated us in “what REALLY matters” but entertained us as well. I would not hesitate in recommending Amanda to anyone wanting the WOW factor at their event and hope to work with her again in the future.</w:t>
      </w:r>
    </w:p>
    <w:p>
      <w:pPr>
        <w:pStyle w:val="Heading2"/>
      </w:pPr>
      <w:r>
        <w:t>89. Loay Nazer</w:t>
      </w:r>
    </w:p>
    <w:p>
      <w:r>
        <w:rPr>
          <w:i/>
        </w:rPr>
        <w:t>Chairman, Owner, Nazer</w:t>
      </w:r>
    </w:p>
    <w:p>
      <w:r>
        <w:t>Date: 08/16/11, 01:37 PM    Status: VISIBLE</w:t>
      </w:r>
    </w:p>
    <w:p>
      <w:r>
        <w:t>I hired Amanda a couple of times for the purpose of energizing a large and global audience of senior executives and CEOs.  She is absolutely fantastic, full of energy, focussed, and keeps the crowed fully engaged for the entire period.    Her sessions are typically filled with laughter, audience interaction, and a general feel good atmosphere.  The crowd also leaves the session with a clear direction on what the need to do in order to improve their personal skill sets.    I highly recommend working with Amanda.</w:t>
      </w:r>
    </w:p>
    <w:p>
      <w:pPr>
        <w:pStyle w:val="Heading2"/>
      </w:pPr>
      <w:r>
        <w:t>90. Jamie Lord, MBA</w:t>
      </w:r>
    </w:p>
    <w:p>
      <w:r>
        <w:rPr>
          <w:i/>
        </w:rPr>
        <w:t>Winslow Authorized Consultant, JammTrain</w:t>
      </w:r>
    </w:p>
    <w:p>
      <w:r>
        <w:t>Date: 08/12/11, 06:32 PM    Status: VISIBLE</w:t>
      </w:r>
    </w:p>
    <w:p>
      <w:r>
        <w:t>Amanda, Queensland based, is one of Crestcom's global faculty presenters. Her topics for the current Bullet_Proof® Manager program include "Motivating through positive communication" and "How to be a stress buster". Her sessions rate consistently highly in Australia, even higher outside the country in markets including India, China, Germany and the USA in particular. I have no hesitation in recommending Amanda. Positively! Jamie</w:t>
      </w:r>
    </w:p>
    <w:p>
      <w:pPr>
        <w:pStyle w:val="Heading2"/>
      </w:pPr>
      <w:r>
        <w:t>91. Darren Hill</w:t>
      </w:r>
    </w:p>
    <w:p>
      <w:r>
        <w:rPr>
          <w:i/>
        </w:rPr>
        <w:t>Co-Founder and Exec Director, Pragmatic Thinking Pty Ltd</w:t>
      </w:r>
    </w:p>
    <w:p>
      <w:r>
        <w:t>Date: 07/27/11, 12:59 AM    Status: VISIBLE</w:t>
      </w:r>
    </w:p>
    <w:p>
      <w:r>
        <w:t>Amanda is arguably the most respected professional speaker in Australia. This kind of recognition does not come without being truly exceptional at her craft. Enormously engaging, absolutely hilarious and exceptionally masterful in the management of the group, Amanda commands place at the very top of her industry for very good reason.</w:t>
      </w:r>
    </w:p>
    <w:p>
      <w:pPr>
        <w:pStyle w:val="Heading2"/>
      </w:pPr>
      <w:r>
        <w:t>92. John  (Yianni) Lazarou</w:t>
      </w:r>
    </w:p>
    <w:p>
      <w:r>
        <w:rPr>
          <w:i/>
        </w:rPr>
        <w:t>Public Relations ,and Marketing Director., The Coffee Club</w:t>
      </w:r>
    </w:p>
    <w:p>
      <w:r>
        <w:t>Date: 07/20/11, 12:29 AM    Status: VISIBLE</w:t>
      </w:r>
    </w:p>
    <w:p>
      <w:r>
        <w:t>Amanda Gore was by far one of the most popular guest speakers at The Coffee Club International Convention 2010.   Amanda blew us all away with her extremely entertaining, encouraging and motivating speech presented in a fashion that only Amanda Gore can do!     Still to this day our staff members are quoting her quirky sayings around the office and in turn mirroring the positiveness that was associated with her presentation.     Amanda has such a zest for life and is very passionate about her work which was reflected not only throughout her presentation but while she was hosting our prestigious awards evening.     She managed to capture everyones attention and filled the room with laughter as well as many other emotions. It was quite amazing to see all of our delegates arm in arm singing “Always look on the bright side of life” I don’t know how she did it – but she did, if the opportunity to use Amanda Gore ever arises again I would have no hesitation in doing so.    John Lazarou  Director  The Coffee Club Franchising</w:t>
      </w:r>
    </w:p>
    <w:p>
      <w:pPr>
        <w:pStyle w:val="Heading2"/>
      </w:pPr>
      <w:r>
        <w:t>93. Hanif Ladha</w:t>
      </w:r>
    </w:p>
    <w:p>
      <w:r>
        <w:rPr>
          <w:i/>
        </w:rPr>
        <w:t>Director of Operations, Peace Arch Hospice Society</w:t>
      </w:r>
    </w:p>
    <w:p>
      <w:r>
        <w:t>Date: 07/17/11, 08:22 PM    Status: VISIBLE</w:t>
      </w:r>
    </w:p>
    <w:p>
      <w:r>
        <w:t>Amanda is a leading authority in Occupational Health and Wellness. She provides wonderful concepts in positive business communications and managing stress. I higly recommend Amanda's materials as it will benefit your your organization as it has my clients. Thank you Amanda for your entertaining approach and easy to learn concepts.</w:t>
      </w:r>
    </w:p>
    <w:p>
      <w:pPr>
        <w:pStyle w:val="Heading2"/>
      </w:pPr>
      <w:r>
        <w:t>94. Heather Smith, FCCA, FCA, FICB</w:t>
      </w:r>
    </w:p>
    <w:p>
      <w:r>
        <w:rPr>
          <w:i/>
        </w:rPr>
        <w:t>Accountant and Storyteller, ANISE Consulting</w:t>
      </w:r>
    </w:p>
    <w:p>
      <w:r>
        <w:t>Date: 07/12/11, 01:13 AM    Status: VISIBLE</w:t>
      </w:r>
    </w:p>
    <w:p>
      <w:r>
        <w:t>Amanda is a captivating, inspiring and entertaining speaker. She delivers the right balance of light hearted stories entwined with some heavy facts about neuroscience, positive psychology, epigenetics, and emotional intelligence. I left her talk a better stronger person, understanding what I need to activate in my own life.     I look forward to reading her books and hearing her energy charged presentation again.</w:t>
      </w:r>
    </w:p>
    <w:p>
      <w:pPr>
        <w:pStyle w:val="Heading2"/>
      </w:pPr>
      <w:r>
        <w:t>95. Don Shay</w:t>
      </w:r>
    </w:p>
    <w:p>
      <w:r>
        <w:rPr>
          <w:i/>
        </w:rPr>
        <w:t>Leadership Coach, Accrescent Consulting Inc.</w:t>
      </w:r>
    </w:p>
    <w:p>
      <w:r>
        <w:t>Date: 06/27/11, 07:39 PM    Status: HIDDEN</w:t>
      </w:r>
    </w:p>
    <w:p>
      <w:r>
        <w:t>Amanda's strategies for dealing with stress are easy to follow and her concepts on communication are excellent - I would recommend Amanda to any organization wanting to improve their organizations motivational environment!</w:t>
      </w:r>
    </w:p>
    <w:p>
      <w:pPr>
        <w:pStyle w:val="Heading2"/>
      </w:pPr>
      <w:r>
        <w:t>96. Carlos Ramos</w:t>
      </w:r>
    </w:p>
    <w:p>
      <w:r>
        <w:rPr>
          <w:i/>
        </w:rPr>
        <w:t>Manager / Accountant, Mixgest - Centro de Formação e Apoio à Empresa, Lda.</w:t>
      </w:r>
    </w:p>
    <w:p>
      <w:r>
        <w:t>Date: 06/20/11, 05:38 PM    Status: VISIBLE</w:t>
      </w:r>
    </w:p>
    <w:p>
      <w:r>
        <w:t>Amanda Gore is an amazing speaker. I know her work as speaker at Crestcom program "The Bullet Proof Manager" and I love her conferences, the skills that she teach and her humour and enthusiasm.  If you are interest in leadership and motivation you need to listen what Amanda Gore have to say.</w:t>
      </w:r>
    </w:p>
    <w:p>
      <w:pPr>
        <w:pStyle w:val="Heading2"/>
      </w:pPr>
      <w:r>
        <w:t>97. Don Knapp</w:t>
      </w:r>
    </w:p>
    <w:p>
      <w:r>
        <w:rPr>
          <w:i/>
        </w:rPr>
        <w:t>Director of Sport, University of Tasmania</w:t>
      </w:r>
    </w:p>
    <w:p>
      <w:r>
        <w:t>Date: 06/20/11, 05:20 AM    Status: VISIBLE</w:t>
      </w:r>
    </w:p>
    <w:p>
      <w:r>
        <w:t>Amanda Gore addressed our National Conference on the 13th of May 2011. The content presented "hit the mark" in terms of the messaging and support we wanted to extend to members. The feedback we got from members included:   - "The best presenter I've ever seen"   - "Has given me a new and exciting way to view the world"   - "Wonderful entertainment and an even better message"   Personally, I found Amanda's presentation style uniquely entertaining, comical and emotionally charged. Amanda's ability to impart depth understanding of human behaviour created a warm connectivity and sense of team among a diverse group of individuals.    Don Knapp  CEO - Australian University Sport</w:t>
      </w:r>
    </w:p>
    <w:p>
      <w:pPr>
        <w:pStyle w:val="Heading2"/>
      </w:pPr>
      <w:r>
        <w:t>98. Nalish Ladha</w:t>
      </w:r>
    </w:p>
    <w:p>
      <w:r>
        <w:rPr>
          <w:i/>
        </w:rPr>
        <w:t>Founder &amp; Chief Flavour Creator | Saucy Stories, Saucy Stories</w:t>
      </w:r>
    </w:p>
    <w:p>
      <w:r>
        <w:t>Date: 06/14/11, 03:12 PM    Status: VISIBLE</w:t>
      </w:r>
    </w:p>
    <w:p>
      <w:r>
        <w:t>Amanda Gore is a dynamic speaker from Australia. She has a intriguing and entertaining insight about business communication, leadership and occupational health. She is an author of several popular books, including You Can Be Happy, Stressbusters, and Lead Out Loud.  Amanda, thank you for helping Bullet Proof Managers to be 'Stressbusters'!</w:t>
      </w:r>
    </w:p>
    <w:p>
      <w:pPr>
        <w:pStyle w:val="Heading2"/>
      </w:pPr>
      <w:r>
        <w:t>99. David Goldsmith</w:t>
      </w:r>
    </w:p>
    <w:p>
      <w:r>
        <w:rPr>
          <w:i/>
        </w:rPr>
        <w:t>Executive Director, Project Moon Hut Foundation</w:t>
      </w:r>
    </w:p>
    <w:p>
      <w:r>
        <w:t>Date: 06/13/11, 06:25 PM    Status: VISIBLE</w:t>
      </w:r>
    </w:p>
    <w:p>
      <w:r>
        <w:t>Amanda is a fabulous speaker who is well respected amongst her peers in the speaking industry. I would have confidence that Amanda would inspire, enlighten, and teach others. She has built a great business and achieved success in an industry who's top performers are predominantly male. I'd also add she's a wonderful person.</w:t>
      </w:r>
    </w:p>
    <w:p>
      <w:pPr>
        <w:pStyle w:val="Heading2"/>
      </w:pPr>
      <w:r>
        <w:t>100. Janet A. Holmes</w:t>
      </w:r>
    </w:p>
    <w:p>
      <w:r>
        <w:rPr>
          <w:i/>
        </w:rPr>
        <w:t>Admin/Accounts Payable Specialist, Quality Vans &amp; Specialty Vehicles</w:t>
      </w:r>
    </w:p>
    <w:p>
      <w:r>
        <w:t>Date: 06/06/11, 06:06 PM    Status: VISIBLE</w:t>
      </w:r>
    </w:p>
    <w:p>
      <w:r>
        <w:t>Amanda was a motivational guest speaker at our National Administrative Operations Conference in our general session. Her sense of humor, props and topics of discussion had 500 people engaged from the start to finish. Till this day, 7 years later I use her props and inspiration to keep work fun and positive! A must see!</w:t>
      </w:r>
    </w:p>
    <w:p>
      <w:pPr>
        <w:pStyle w:val="Heading2"/>
      </w:pPr>
      <w:r>
        <w:t>101. Allan Parker, OAM</w:t>
      </w:r>
    </w:p>
    <w:p>
      <w:r>
        <w:rPr>
          <w:i/>
        </w:rPr>
        <w:t>Managing Director, Peak Performance Development Pty Ltd</w:t>
      </w:r>
    </w:p>
    <w:p>
      <w:r>
        <w:t>Date: 05/30/11, 03:18 AM    Status: VISIBLE</w:t>
      </w:r>
    </w:p>
    <w:p>
      <w:r>
        <w:t>Having been Key Note Speaking, Training and Facilitating in many countries and for hundreds of Corporate Organisations around the world for more time then I am willing to expose in print, I have had the very good fortune to have worked with, watched, studied, model and even at times co-presented with some very remarkable presenters, communicators, entertainers and educators. Many of whom I stand in awe of and marvel at their gifts, their talent, their craft, their art and their indefinable magic. I am deeply grateful to them all.     Of all of those people their is one name, one remarkable human being who has been there from the start, who very early on provided me with a new reference point for what is possible and has continued through her devotion to her craft to show me and many others a new way and another level of presenting and relating to audiences for us all to follow and aspire to. She is Amanda Gore.    Amanda’s capacity to continuously explore, refinement, challenge, create innovative ways to not only get the information out, across and to make it memorable in a way that people are still making references to her work and key messages years later, is truly unique and remarkable.    I know nobody, any where in the world who makes their presentation both exciting, energising, entertaining, emotionally captivating, universally relevant, deeply memorable and hilariously funny. Most of us mere mortals strive to get some of these features into our presentation. Amanda gets all of them in every presentation, every time! I know no one else who does that. She brings new meaning to the words “UNIQUELY TALENTED”.    Amanda has this uncanny ability to take the hardest, most complex issues and present them in the simplest, easy to understand manner that makes it possible for every one to “get it”.    Of the many things that I have observed and admired for years, the thing that stands out in my mind that Amanda does at a level I have not seen any one do, is that she will put a very challenging idea or request out to the room, she reads the response and then starts enunciating the objecting thoughts that are going through the minds of the audience. That is, she verbalises the audience mind chatter and you can watch the audience nodding their head and smiling, confirming that she has caught  them out and the audience laughs at itself and then does exactly what she asks them to do. Absolutely remarkable!    Amanda Gore is truly, in my mind the Presenter’s Presenter, a master at her craft and a very special and gifted human being who transforms people’s lives for ever.    Her presentations last an hour, the effect lasts a life time.    Allan Parker  Managing Director  Peak performance Development Pty ltd.  International Negotiator, Facilitator and Speaker  National Speakers Association of Australia</w:t>
      </w:r>
    </w:p>
    <w:p>
      <w:pPr>
        <w:pStyle w:val="Heading2"/>
      </w:pPr>
      <w:r>
        <w:t>102. Pat Armitstead -  Speaker, Empowerment Coach, Artist</w:t>
      </w:r>
    </w:p>
    <w:p>
      <w:r>
        <w:rPr>
          <w:i/>
        </w:rPr>
        <w:t xml:space="preserve">Joyologist, Joyology </w:t>
      </w:r>
    </w:p>
    <w:p>
      <w:r>
        <w:t>Date: 05/28/11, 09:05 AM    Status: VISIBLE</w:t>
      </w:r>
    </w:p>
    <w:p>
      <w:r>
        <w:t>I recenly had Amanda Gore on my radio program " Radio Improv - Joy in the moment " www.planetaudio.org.nz/radioimprov     Amanda spoke of all the good we can do in the world and the many and varied ways we can access joy.  To be in communication with another like mind and share the values of the virtues like gratitude and how they can powerfully work in our lives was wonderful.     She is a naturally good humoured woman who has not lost the child like wonder and appreciation of her surroundings and the people in her life and this alone is very attractive to the universe!  I was so pleased to be making the connection and to see another person living with the joy that is created from within.      Her projects are a reflection of her heartfelt space and the contribution she is making to the planet !    Pat Armitstead  Joyologist</w:t>
      </w:r>
    </w:p>
    <w:p>
      <w:pPr>
        <w:pStyle w:val="Heading2"/>
      </w:pPr>
      <w:r>
        <w:t>103. Sharon Williams OAM</w:t>
      </w:r>
    </w:p>
    <w:p>
      <w:r>
        <w:rPr>
          <w:i/>
        </w:rPr>
        <w:t>Founder, Taurus Marketing Pty Ltd</w:t>
      </w:r>
    </w:p>
    <w:p>
      <w:r>
        <w:t>Date: 05/25/11, 06:08 AM    Status: VISIBLE</w:t>
      </w:r>
    </w:p>
    <w:p>
      <w:r>
        <w:t>I have seen Amanda speak on a number of occasions and you can rely on her to reaise the energy in the room and leave you inspired and re-purposed. I am a fan!</w:t>
      </w:r>
    </w:p>
    <w:p>
      <w:pPr>
        <w:pStyle w:val="Heading2"/>
      </w:pPr>
      <w:r>
        <w:t>104. Stacy Stack</w:t>
      </w:r>
    </w:p>
    <w:p>
      <w:r>
        <w:rPr>
          <w:i/>
        </w:rPr>
        <w:t>Vice President, Training and Recruiting, Express Employment Professionals</w:t>
      </w:r>
    </w:p>
    <w:p>
      <w:r>
        <w:t>Date: 05/17/11, 12:26 AM    Status: VISIBLE</w:t>
      </w:r>
    </w:p>
    <w:p>
      <w:r>
        <w:t>Pure passion!  Talk about an individual who gets her audience involved from the moment she arrives on stage! We have had her at our organizations convention two times now and people are still talking about her! This firecracker has unique ability to transfer passion to her audience and touches them at their core. She ignites enthusiasm within a group that you could cut with a knife. The message she delivers is not only thought provoking, it is action oriented and one that will be carried forward far into the future. Now that is IMPACT!</w:t>
      </w:r>
    </w:p>
    <w:p>
      <w:pPr>
        <w:pStyle w:val="Heading2"/>
      </w:pPr>
      <w:r>
        <w:t>105. Joanne Peters</w:t>
      </w:r>
    </w:p>
    <w:p>
      <w:r>
        <w:rPr>
          <w:i/>
        </w:rPr>
        <w:t>Retired, Now retired</w:t>
      </w:r>
    </w:p>
    <w:p>
      <w:r>
        <w:t>Date: 05/11/11, 02:41 AM    Status: VISIBLE</w:t>
      </w:r>
    </w:p>
    <w:p>
      <w:r>
        <w:t>Thanks Amanda for making our Hobart Conference such a fantastic success.  Once again you demonstrated your fantastic ability to  engage, excite and ignite the audience.  Everyone came out of your session on an absolute high - and this didn't just apply to our staff members, but also their partners!  The room was just abuzz with energy!  The fantastic message you delivered in the "Amanda" style was just the perfect keynote address and finale to our conference. We're still getting feedback about your session - it certainly has left an indelible impression on all our delegates.</w:t>
      </w:r>
    </w:p>
    <w:p>
      <w:pPr>
        <w:pStyle w:val="Heading2"/>
      </w:pPr>
      <w:r>
        <w:t>106. Andrew Klein</w:t>
      </w:r>
    </w:p>
    <w:p>
      <w:r>
        <w:rPr>
          <w:i/>
        </w:rPr>
        <w:t>Chief Spike, Spike Presentations</w:t>
      </w:r>
    </w:p>
    <w:p>
      <w:r>
        <w:t>Date: 05/03/11, 05:17 AM    Status: VISIBLE</w:t>
      </w:r>
    </w:p>
    <w:p>
      <w:r>
        <w:t>As a professional MC, I spend a lot of time sitting in conference rooms, observing professional speakers at work. Amanda Gore without doubt is one of the very best. She transforms the mood in a conference room in a way that others could only dream of doing. Even the toughest, stubbornest, most conservative, cynical or 'blokey' audience soon come on board and are swept away in her hysterical, tender, insightful, energetic and thought-provoking messages and activities. Amanda is simultaneously well-researched yet able to improvise and adapt to the crowd. She passionately cares about her subject matter and her enthusiasm is infectious. She also happens to be a lovely person, with no attitude, no prima-donna tendancies, is endearingly self-deprecating and most importantly - super experienced and highly professional at what she does. Guaranteed to leave your audience on a high, smiling, talking to each other.....perhaps even singing......and certainly thinking. And she wears a mean pair of Bunny Ears.</w:t>
      </w:r>
    </w:p>
    <w:p>
      <w:pPr>
        <w:pStyle w:val="Heading2"/>
      </w:pPr>
      <w:r>
        <w:t>107. Ruben Rocha</w:t>
      </w:r>
    </w:p>
    <w:p>
      <w:r>
        <w:rPr>
          <w:i/>
        </w:rPr>
        <w:t>Business Development Manager - Digital Solutions, Rauland Australia and New Zealand</w:t>
      </w:r>
    </w:p>
    <w:p>
      <w:r>
        <w:t>Date: 05/02/11, 11:37 AM    Status: VISIBLE</w:t>
      </w:r>
    </w:p>
    <w:p>
      <w:r>
        <w:t>From the beginning Amanda had everyone in the room engaged and involved in an energetic and fun presentation. Within moments interaction between everyone was occurring setting the scene for an amazing convention.     Amanda's presentation Dynamic, Fun and extremely Valuable.</w:t>
      </w:r>
    </w:p>
    <w:p>
      <w:pPr>
        <w:pStyle w:val="Heading2"/>
      </w:pPr>
      <w:r>
        <w:t>108. Lyn Bell, AFA, CFP(cm)</w:t>
      </w:r>
    </w:p>
    <w:p>
      <w:r>
        <w:rPr>
          <w:i/>
        </w:rPr>
        <w:t>SoundFinance, SoundFinance</w:t>
      </w:r>
    </w:p>
    <w:p>
      <w:r>
        <w:t>Date: 05/02/11, 07:29 AM    Status: VISIBLE</w:t>
      </w:r>
    </w:p>
    <w:p>
      <w:r>
        <w:t>I first heard Amanda speaking at a Conference in 1996 when I was at the Flight Centre and when I heard she was to be a speaker a couple of years later at a Financial Conference I just knew I had to be there!      More recently (2010) I heard Amanda talking to a group at the Knowledge Gym in Christchurch...and I knew again I was not going to miss it, come what may!  And once again Amanda fullfilled my expectations.  She had the crowd in her hands...she's full of fun and knowledge, has a wonderful way of putting across her message and breaks down people's barriers.      Be prepared to be on a buzz, smile all day and to remember for years to come.  ZOOTS to you (you need to listen to Amanda speak to understand).</w:t>
      </w:r>
    </w:p>
    <w:p>
      <w:pPr>
        <w:pStyle w:val="Heading2"/>
      </w:pPr>
      <w:r>
        <w:t>109. Naomi Simson OAM</w:t>
      </w:r>
    </w:p>
    <w:p>
      <w:r>
        <w:rPr>
          <w:i/>
        </w:rPr>
        <w:t>Co-Founder - Non Executive Director, Big Red Group (BRG)</w:t>
      </w:r>
    </w:p>
    <w:p>
      <w:r>
        <w:t>Date: 05/02/11, 07:08 AM    Status: VISIBLE</w:t>
      </w:r>
    </w:p>
    <w:p>
      <w:r>
        <w:t>Amanda is one of the most generous people on the planet - her effervescence, energy, and enthusiasm she gives freely to those around her. Happiness is infectious and Amanda's commitment to sharing joy on  is inspiring. How fortunate we are to have such a woman - to continually remind us that life is short and that our well being is the corner stone to happiness.     When this woman is in a room - people leave feeling amazing</w:t>
      </w:r>
    </w:p>
    <w:p>
      <w:pPr>
        <w:pStyle w:val="Heading2"/>
      </w:pPr>
      <w:r>
        <w:t>110. Christopher Beard</w:t>
      </w:r>
    </w:p>
    <w:p>
      <w:r>
        <w:rPr>
          <w:i/>
        </w:rPr>
        <w:t>National Account Manager, Elanco</w:t>
      </w:r>
    </w:p>
    <w:p>
      <w:r>
        <w:t>Date: 05/01/11, 09:59 PM    Status: VISIBLE</w:t>
      </w:r>
    </w:p>
    <w:p>
      <w:r>
        <w:t>Be prepared to move out of your comfort zone, have fun, and most importantly leave Amanda's session motivated to truly connect with family, friends, and colleagues. The audience will be actively involved, even the ones that thought they wouldn't be, and in our case the hour Amanda was with the group seemed to fly by in mere minutes!</w:t>
      </w:r>
    </w:p>
    <w:p>
      <w:pPr>
        <w:pStyle w:val="Heading2"/>
      </w:pPr>
      <w:r>
        <w:t>111. Gordon Scott</w:t>
      </w:r>
    </w:p>
    <w:p>
      <w:r>
        <w:rPr>
          <w:i/>
        </w:rPr>
        <w:t>Joint Chief Executive Officer, Scottsville Aviation Inc.</w:t>
      </w:r>
    </w:p>
    <w:p>
      <w:r>
        <w:t>Date: 05/01/11, 04:23 PM    Status: VISIBLE</w:t>
      </w:r>
    </w:p>
    <w:p>
      <w:r>
        <w:t>I first met Amanda well attending a function for top producing GM Automotive Dealers. I was so impressed I had her come to our annual staff retreat the next year. In front of our over 250 strong team members she discussed everything from brains to bowels and all parts in between. We even learned a little construction along the way by understanding how to build bridges to get over it! I would whole heartedly recommend anyone looking to get there team motivated, reinvigorated or just loosened up from the daily frustrations to enlist Amanda at you next function.</w:t>
      </w:r>
    </w:p>
    <w:p>
      <w:pPr>
        <w:pStyle w:val="Heading2"/>
      </w:pPr>
      <w:r>
        <w:t>112. Ricardo Patrocínio</w:t>
      </w:r>
    </w:p>
    <w:p>
      <w:r>
        <w:rPr>
          <w:i/>
        </w:rPr>
        <w:t>Business Owner, Krypton Discovery</w:t>
      </w:r>
    </w:p>
    <w:p>
      <w:r>
        <w:t>Date: 04/29/11, 06:59 AM    Status: VISIBLE</w:t>
      </w:r>
    </w:p>
    <w:p>
      <w:r>
        <w:t>Amanda is one of the key speaker of the executive training program from Crestcom - The Bullet Proof Manager. Her innovative ideas, and her wonderfully experiential techniques to involve the audience, give participants practical ideas to apply in everyday life, and the needed motivation to apply this same ideas right after leaving the session.</w:t>
      </w:r>
    </w:p>
    <w:p>
      <w:pPr>
        <w:pStyle w:val="Heading2"/>
      </w:pPr>
      <w:r>
        <w:t>113. Gerard Hines</w:t>
      </w:r>
    </w:p>
    <w:p>
      <w:r>
        <w:rPr>
          <w:i/>
        </w:rPr>
        <w:t>Managing Director, Delta Agribusiness Group</w:t>
      </w:r>
    </w:p>
    <w:p>
      <w:r>
        <w:t>Date: 04/29/11, 12:02 AM    Status: VISIBLE</w:t>
      </w:r>
    </w:p>
    <w:p>
      <w:r>
        <w:t>Amanda has spoken at one of our major client functions as a key note speaker, and I have also been to other industry conferences where she has presented. Amanda is without doubt one of the best motivational speakers out there. She is very humorous and entertaining, and combines great structure and content, with memorable take home messages during her presentations. Our clients laughed very hard for the entire session, but also took a lot away from it personally, both from a workplace and relationship/life balance perspective. They are still talking about it. A person with great vitality, wit and knowledge, perfect for any type of conference or team building exersize, I highly recommend Amanda. .</w:t>
      </w:r>
    </w:p>
    <w:p>
      <w:pPr>
        <w:pStyle w:val="Heading2"/>
      </w:pPr>
      <w:r>
        <w:t>114. Tony Alessandra PhD</w:t>
      </w:r>
    </w:p>
    <w:p>
      <w:r>
        <w:rPr>
          <w:i/>
        </w:rPr>
        <w:t>Founder, Assessments 24x7</w:t>
      </w:r>
    </w:p>
    <w:p>
      <w:r>
        <w:t>Date: 04/28/11, 08:45 PM    Status: VISIBLE</w:t>
      </w:r>
    </w:p>
    <w:p>
      <w:r>
        <w:t>I first saw Amanda speak live at a Meeting Planners International conference. She wowed the audience so much that she received a thunderous, lengthy standing ovation. Her program alone uplifted the mood of the overall conference. She had the attendees smiling and singing in the hallways during breaks.    Basically, what Amanda does is educate people  while they laugh - with great content on how to effectively deal with change and delivered in a way that makes a real lasting difference.</w:t>
      </w:r>
    </w:p>
    <w:p>
      <w:pPr>
        <w:pStyle w:val="Heading2"/>
      </w:pPr>
      <w:r>
        <w:t>115. Stephen James Joyce ►</w:t>
      </w:r>
    </w:p>
    <w:p>
      <w:r>
        <w:rPr>
          <w:i/>
        </w:rPr>
        <w:t>Co-Founder / Principle , Fractional Functions</w:t>
      </w:r>
    </w:p>
    <w:p>
      <w:r>
        <w:t>Date: 04/28/11, 07:41 PM    Status: VISIBLE</w:t>
      </w:r>
    </w:p>
    <w:p>
      <w:r>
        <w:t>Amanda Gore is a breath of fresh air - the perfect storm of skill / experience and attitude. I have witnessed a number of Amanda's performances and marveled how quickly she had the audience literally in the palm of her hand.     As a human being Amanda is also the 'real deal' - audiences and groups get that quickly.  All in all Ms Gore is one of the most consummate professionals I have ever known. If you are wondering will she make a difference - don't waste your time - she will - just work out what sort of difference you want her to make.</w:t>
      </w:r>
    </w:p>
    <w:p>
      <w:pPr>
        <w:pStyle w:val="Heading2"/>
      </w:pPr>
      <w:r>
        <w:t>116. Mike Udermann</w:t>
      </w:r>
    </w:p>
    <w:p>
      <w:r>
        <w:rPr>
          <w:i/>
        </w:rPr>
        <w:t>Volunteer / Patient Advocate / Patient Solutions Group, The Michael J. Fox Foundation for Parkinson's Research</w:t>
      </w:r>
    </w:p>
    <w:p>
      <w:r>
        <w:t>Date: 04/28/11, 03:09 PM    Status: VISIBLE</w:t>
      </w:r>
    </w:p>
    <w:p>
      <w:r>
        <w:t>I have had the distinct pleasure of hearing Amanda Gore present as the keynote speaker on two seperate occassions here in the United States.  I would highly recommend that if you have the opportunity to run, not walk to hire her for your event - she is by far the most dynamic, energetic and high profile speaker I have ever heard.  She is engaging with her audience, get's people involved "out of the box" and is absolutely superb at what she does.  Again, I would highly recommend you take the time to contact Amanda and discusss her fit within your needs.</w:t>
      </w:r>
    </w:p>
    <w:p>
      <w:pPr>
        <w:pStyle w:val="Heading2"/>
      </w:pPr>
      <w:r>
        <w:t>117. Ron Armes</w:t>
      </w:r>
    </w:p>
    <w:p>
      <w:r>
        <w:rPr>
          <w:i/>
        </w:rPr>
        <w:t>Retired, Retired</w:t>
      </w:r>
    </w:p>
    <w:p>
      <w:r>
        <w:t>Date: 04/28/11, 01:19 PM    Status: VISIBLE</w:t>
      </w:r>
    </w:p>
    <w:p>
      <w:r>
        <w:t>Amanda Gore is an amazing speaker and an even more amazing person. She brings humor, knowledge and Joy to every presentation. I first hired Amanda for a keynote presentation at the Creative Memories Annual Convention and the attendees loved her. They laughed, they cried and they spoke "Amandaisms" for months after her presentation. I was so pleased with the results that I had her back for a presentation at the CM Leadership Conference. I also had her speak to the Creative Memories Canadian Annual Meeting where she received a standing ovation. I arranged for Amanda to speak to the Direct Selling Association Annual Meeting on the same program as Dr. Phil. Amanda was the star of the Meeting. Her insights and delivery opened doors for her to speak to dozens of additional DSA companies.     I asked Amanda to speak at the Scentsy Annual Meeting in 2010 to over 6,000 attendees and as expected, she did not disappoint. She brings amazing insights into human nature and enables one to change themselves from within. It is with great joy that I recommend Amanda as an amazing speaker, trainer and entertainer. She is the best!    Ronnie D. Armes  President  Seeds of Synergy</w:t>
      </w:r>
    </w:p>
    <w:p>
      <w:pPr>
        <w:pStyle w:val="Heading2"/>
      </w:pPr>
      <w:r>
        <w:t>118. Richard Fryer</w:t>
      </w:r>
    </w:p>
    <w:p>
      <w:r>
        <w:rPr>
          <w:i/>
        </w:rPr>
        <w:t>Senior Consultant, Mental Performance in Competition, Australian Institute Of Sport</w:t>
      </w:r>
    </w:p>
    <w:p>
      <w:r>
        <w:t>Date: 04/28/11, 02:10 AM    Status: VISIBLE</w:t>
      </w:r>
    </w:p>
    <w:p>
      <w:r>
        <w:t>I had the pleasure of attending a conference session run by Amanda at the National Rewards Group Conference in 2010.  Amanda led the final keynote of the conference and in the space of just a few short minutes had a group of (mostly) stuffy remuneration experts leaving their self consciousness at the door.  Amanda has a great style that is based on solid research but is both engaging, funny, entertaining and extremely insightful.  She is able to achieve rapid shifts in attitude in large groups through her unique style!  It was certainly an enjoyable and memorable experience!</w:t>
      </w:r>
    </w:p>
    <w:p>
      <w:pPr>
        <w:pStyle w:val="Heading2"/>
      </w:pPr>
      <w:r>
        <w:t>119. Janice Anne Guerrero</w:t>
      </w:r>
    </w:p>
    <w:p>
      <w:r>
        <w:rPr>
          <w:i/>
        </w:rPr>
        <w:t>Program Manager, Service NSW</w:t>
      </w:r>
    </w:p>
    <w:p>
      <w:r>
        <w:t>Date: 04/28/11, 01:44 AM    Status: VISIBLE</w:t>
      </w:r>
    </w:p>
    <w:p>
      <w:r>
        <w:t>SOLGM hired Amanda Gore as keynote speaker at our Annual Conference -- not once, but twice.  She delivered an engaging, effective and highly spirited presentation on leadership at our 2009 conference.  What a presentation!  At the end of the 1.5 hour presentation in the morning after the conference dinner -- she got the delegates up on their feet, hugging, smiling and sending zoot zoot to one another.  During our briefing prior to conference, I told her that she may have a hard time engaging because of the profile of our audience.  Boy was I wrong!  We had to bring her back the following year to do a follow up on the presentation.  And she did exactly the same in 2010, despite having an ear infection.      Amanda is an excellent speaker to work with.  She is very professional and would go beyond her duties to help you when you have event crisis -- impromptu activities, late speakers, etc.   What I also like (which I dont normally see in other speakers) is that she actually attended most part of the conference which was valued by delegates and organisers.</w:t>
      </w:r>
    </w:p>
    <w:p>
      <w:pPr>
        <w:pStyle w:val="Heading2"/>
      </w:pPr>
      <w:r>
        <w:t>120. Catherine Crawford</w:t>
      </w:r>
    </w:p>
    <w:p>
      <w:r>
        <w:rPr>
          <w:i/>
        </w:rPr>
        <w:t>Head of Compliance, Vice President, State Street Global Advisors</w:t>
      </w:r>
    </w:p>
    <w:p>
      <w:r>
        <w:t>Date: 04/28/11, 01:40 AM    Status: VISIBLE</w:t>
      </w:r>
    </w:p>
    <w:p>
      <w:r>
        <w:t>I met Amanda Gore in 1990 when I was in the Speaking Industry.  I can't recommend Amanda highly enough.  Her message (always so succinct and very close to her brief) always addresses the theme, her delivery is spectactular - so fresh and different, her content is always on trend and her presentations make the audience laugh.  Amanda is always the perfect speaker.  I have now been saying for 20 years that Amanda Gore is the best female speaker in Australia - and that fact hasn't changed.  She only gets better and more vibrant as time passes.</w:t>
      </w:r>
    </w:p>
    <w:p>
      <w:pPr>
        <w:pStyle w:val="Heading2"/>
      </w:pPr>
      <w:r>
        <w:t>121. Craig Rispin CSP</w:t>
      </w:r>
    </w:p>
    <w:p>
      <w:r>
        <w:rPr>
          <w:i/>
        </w:rPr>
        <w:t>Futurist-in-Residence, Shine Lawyers</w:t>
      </w:r>
    </w:p>
    <w:p>
      <w:r>
        <w:t>Date: 04/27/11, 02:39 AM    Status: VISIBLE</w:t>
      </w:r>
    </w:p>
    <w:p>
      <w:r>
        <w:t>Amanda is one of the top speakers in the world - and the reason for that is that she connects with people's deep emotions. If you ever have the opportunity to hire Amanda, she will be the highlight of your conference or meeting. Amanda has also taught be how to be a much better speaker myself with her generous coaching.</w:t>
      </w:r>
    </w:p>
    <w:p>
      <w:pPr>
        <w:pStyle w:val="Heading2"/>
      </w:pPr>
      <w:r>
        <w:t>122. Mark Shinn, MAS, MASI</w:t>
      </w:r>
    </w:p>
    <w:p>
      <w:r>
        <w:rPr>
          <w:i/>
        </w:rPr>
        <w:t>Retired available for select Consultancies , Freelance</w:t>
      </w:r>
    </w:p>
    <w:p>
      <w:r>
        <w:t>Date: 04/21/11, 07:04 AM    Status: VISIBLE</w:t>
      </w:r>
    </w:p>
    <w:p>
      <w:r>
        <w:t>Amanda was a catalyst to launch our RAC Leadership Development Workshop event to new heights. I was so excited to hear that she was the Keynote for the LDW that year where I helped lead the event, and she nailed it.  Having seen her in 2001 for the first time, she continues to spark the energy for an event and help to flourish.  Good On Ya Amanda!</w:t>
      </w:r>
    </w:p>
    <w:p>
      <w:pPr>
        <w:pStyle w:val="Heading2"/>
      </w:pPr>
      <w:r>
        <w:t>123. Jen Brown</w:t>
      </w:r>
    </w:p>
    <w:p>
      <w:r>
        <w:rPr>
          <w:i/>
        </w:rPr>
        <w:t>Senior Contracts Administrator | Forensic Evidence &amp; Technical Services Command, NSW Police Force</w:t>
      </w:r>
    </w:p>
    <w:p>
      <w:r>
        <w:t>Date: 04/19/11, 09:23 AM    Status: VISIBLE</w:t>
      </w:r>
    </w:p>
    <w:p>
      <w:r>
        <w:t>Amanda's presentation this year at Filex was nothing short of brilliant. She connected with the audience immediately &amp; presented her material in such an entertaining &amp; enjoyable manner that people were talking about it for the remainder of the conference. It was an absolute delight to be in the audience &amp; I hope I have the good fortune of hearing Amanda speak again soon!</w:t>
      </w:r>
    </w:p>
    <w:p>
      <w:pPr>
        <w:pStyle w:val="Heading2"/>
      </w:pPr>
      <w:r>
        <w:t>124. Justin "JT" Tamsett</w:t>
      </w:r>
    </w:p>
    <w:p>
      <w:r>
        <w:rPr>
          <w:i/>
        </w:rPr>
        <w:t>REX Roundtables Chair For Fitness Business Owners In The US, Australia &amp; New Zealand, REX Roundtables</w:t>
      </w:r>
    </w:p>
    <w:p>
      <w:r>
        <w:t>Date: 04/18/11, 10:09 PM    Status: HIDDEN</w:t>
      </w:r>
    </w:p>
    <w:p>
      <w:r>
        <w:t>One word . . . AMAZING!    Two words . . . DAMN ENERGETIC!    I have just returned from Filex 2011, where Amanda opened the presentation with the most incredible presentation. And incredible on so many levels.    Her pitch was exactly right for the attendees. Her words, her mannerisms and her content was a perfect match. Building instant rapport and putting everyone at ease.    It was obvious she listened to the prior speakers and wove their message into her key note. A powerful skill but one in which attendees would not have been aware of. I am 100% sure they would have thought it was part of her presentation.    Her stage presence had everyone totally engaged.    The obvious depth of her knowledge in the subject matter, allowed you to sit and enjoy. It was both educating and entertaining - true edutainment.    If you need a speaker to spark the internal flame with your team, then you cannot go past Amanda Gore. She is no foofer!</w:t>
      </w:r>
    </w:p>
    <w:p>
      <w:pPr>
        <w:pStyle w:val="Heading2"/>
      </w:pPr>
      <w:r>
        <w:t>125. Lee Shields MBA</w:t>
      </w:r>
    </w:p>
    <w:p>
      <w:r>
        <w:rPr>
          <w:i/>
        </w:rPr>
        <w:t xml:space="preserve">IT Contract Specialist, Delta Power and Energy </w:t>
      </w:r>
    </w:p>
    <w:p>
      <w:r>
        <w:t>Date: 04/16/11, 07:07 AM    Status: VISIBLE</w:t>
      </w:r>
    </w:p>
    <w:p>
      <w:r>
        <w:t>The presentation Amanda provided was inspirational and informative - that fact that Amanda was able to create a feeling of small seminar out of an ampitheatre of over 2500 people was incredible. The energy in the room was electric - I will be looking for Amanda at my next opportunity!</w:t>
      </w:r>
    </w:p>
    <w:p>
      <w:pPr>
        <w:pStyle w:val="Heading2"/>
      </w:pPr>
      <w:r>
        <w:t>126. Sandy McCann</w:t>
      </w:r>
    </w:p>
    <w:p>
      <w:r>
        <w:rPr>
          <w:i/>
        </w:rPr>
        <w:t>Retired, Faddis Concrete Products</w:t>
      </w:r>
    </w:p>
    <w:p>
      <w:r>
        <w:t>Date: 03/01/11, 03:58 PM    Status: VISIBLE</w:t>
      </w:r>
    </w:p>
    <w:p>
      <w:r>
        <w:t>Amanda is an electifying presenter and spirit ignitor!! I had the absolute pleasure of participating in the Keynote session at the 2011 HRPA Conference in Toronto where Amanda inspired a group of over 1000 Human Resource Professionals to move forward in a positive fashion. She engaged and captured the attention of her audience by sharing her approach to fulfill the needs of people in your business, therefore dispelling their fears and influence the desired behaviours that you seeking. Truly a delightful, entertaining and joyful presenter!</w:t>
      </w:r>
    </w:p>
    <w:p>
      <w:pPr>
        <w:pStyle w:val="Heading2"/>
      </w:pPr>
      <w:r>
        <w:t>127. David Breau, MBA, CEC, CHRL</w:t>
      </w:r>
    </w:p>
    <w:p>
      <w:r>
        <w:rPr>
          <w:i/>
        </w:rPr>
        <w:t>Assistant Vice President Talent Acquisition, IGM Financial Inc.</w:t>
      </w:r>
    </w:p>
    <w:p>
      <w:r>
        <w:t>Date: 02/09/11, 03:02 PM    Status: VISIBLE</w:t>
      </w:r>
    </w:p>
    <w:p>
      <w:r>
        <w:t>I was fortunate to see Amanda present at an HR Conference in Toronto (Feb 2011) and also to witness the collective response of a few thousand in the room who were clearly as moved as I.  She gives you truth wrapped in humour and her message reaches the whole audience while also giving that "something" extra which makes the message just for you.</w:t>
      </w:r>
    </w:p>
    <w:p>
      <w:pPr>
        <w:pStyle w:val="Heading2"/>
      </w:pPr>
      <w:r>
        <w:t>128. Jim McPhee CFE</w:t>
      </w:r>
    </w:p>
    <w:p>
      <w:r>
        <w:rPr>
          <w:i/>
        </w:rPr>
        <w:t>Principal, Franchise Synergy</w:t>
      </w:r>
    </w:p>
    <w:p>
      <w:r>
        <w:t>Date: 01/28/11, 06:40 PM    Status: VISIBLE</w:t>
      </w:r>
    </w:p>
    <w:p>
      <w:r>
        <w:t>If you want a speaker that makes your people feel good after the speech, there are hundreds of good speakers out there to choose from; go get one.  But if you want your people to be feeling good and making positive changes for weeks and months and years after, then Amanda Gore is your simple choice.  In fact, "speech" is harldly the word for what she accomplishes.  She truly is someone who motivates your people to stop, think, analyze and change.  She makes her life altering lessons easy to understand and terribly fun to execute.  She leaves an incredibly uplifting impact on her audiences. Your people will truly thank you for bringing Amanda into their lives.  So, you want a speaker?  Go get one.  But if you want a real catalyst for lasting, positive change, Amanda Gore is your clear choice! Zoots!</w:t>
      </w:r>
    </w:p>
    <w:p>
      <w:pPr>
        <w:pStyle w:val="Heading2"/>
      </w:pPr>
      <w:r>
        <w:t>129. Sigrid de Kaste</w:t>
      </w:r>
    </w:p>
    <w:p>
      <w:r>
        <w:rPr>
          <w:i/>
        </w:rPr>
        <w:t>Global Online Networking Strategist, Global Business Networking Online with Sigrid de Kaste</w:t>
      </w:r>
    </w:p>
    <w:p>
      <w:r>
        <w:t>Date: 01/27/11, 01:42 AM    Status: VISIBLE</w:t>
      </w:r>
    </w:p>
    <w:p>
      <w:r>
        <w:t>Amanda is an inspirational Speaker and creates and urgency for listeners to want to jump up and make changes in their life even before leaving the presentation!  Any organisation wishing to energize their people should engage Amanda Gore to address Leaders, Managers and Staff.   I assure you, your people will be highly motivated to do better!</w:t>
      </w:r>
    </w:p>
    <w:p>
      <w:pPr>
        <w:pStyle w:val="Heading2"/>
      </w:pPr>
      <w:r>
        <w:t>130. Tony Anthony</w:t>
      </w:r>
    </w:p>
    <w:p>
      <w:r>
        <w:rPr>
          <w:i/>
        </w:rPr>
        <w:t>Senior WHS Coordinator, System and Reporting, NSW Department of Planning and Environment</w:t>
      </w:r>
    </w:p>
    <w:p>
      <w:r>
        <w:t>Date: 01/26/11, 11:05 PM    Status: VISIBLE</w:t>
      </w:r>
    </w:p>
    <w:p>
      <w:r>
        <w:t>I was lucky enough to be at an industry conference recently where Amanda was presenting. Wow what a great session!    With a delivery and timing any stand up would envy her thought provoking message was always engaging. The crowd hung on her every word and heartily followed her lead through a series of hilarious interactions with the person beside them.    Her infectious and vibrant style left a truly joyful, poignant and lasting impression on all there. I’d run, not just walk, to see her again.</w:t>
      </w:r>
    </w:p>
    <w:p>
      <w:pPr>
        <w:pStyle w:val="Heading2"/>
      </w:pPr>
      <w:r>
        <w:t>131. James Symond</w:t>
      </w:r>
    </w:p>
    <w:p>
      <w:r>
        <w:rPr>
          <w:i/>
        </w:rPr>
        <w:t>Director, JSymond Holdings</w:t>
      </w:r>
    </w:p>
    <w:p>
      <w:r>
        <w:t>Date: 01/15/11, 09:07 AM    Status: VISIBLE</w:t>
      </w:r>
    </w:p>
    <w:p>
      <w:r>
        <w:t>There is an old saying in which I think perfectly describes Amanda for me:  "People forget what you SAY, people will often forget what you DO however people will never-ever forget the way in which you make them FEEL".   And after her unique and inspiring presentation, Amanda will make your audience FEEL great as she takes them out of their comfort zone in order for them to think about how they can be happier and more productive in life and business.</w:t>
      </w:r>
    </w:p>
    <w:p>
      <w:pPr>
        <w:pStyle w:val="Heading2"/>
      </w:pPr>
      <w:r>
        <w:t>132. Peter Clare</w:t>
      </w:r>
    </w:p>
    <w:p>
      <w:r>
        <w:rPr>
          <w:i/>
        </w:rPr>
        <w:t>Non Executive Chair, Ampelic ai</w:t>
      </w:r>
    </w:p>
    <w:p>
      <w:r>
        <w:t>Date: 01/10/11, 10:30 PM    Status: HIDDEN</w:t>
      </w:r>
    </w:p>
    <w:p>
      <w:r>
        <w:t>Amanda provided a motivating, uplifting and unique presentation with a team of our high performers at an employee conference in February 2009.  Since then our high achievers have 'zooted', 'hugged', 'built bridges' and continued to 'live out loud. Her style of coaching helped highlight the importance of a positive attitude, sense of humour and self belief in achieving personal and professional success.  I would certainly work with Amanda again in the future.</w:t>
      </w:r>
    </w:p>
    <w:p>
      <w:pPr>
        <w:pStyle w:val="Heading2"/>
      </w:pPr>
      <w:r>
        <w:t>133. Andrea Curtis</w:t>
      </w:r>
    </w:p>
    <w:p>
      <w:r>
        <w:rPr>
          <w:i/>
        </w:rPr>
        <w:t>Freelance social issue specialist, Freelance</w:t>
      </w:r>
    </w:p>
    <w:p>
      <w:r>
        <w:t>Date: 12/31/10, 02:05 AM    Status: VISIBLE</w:t>
      </w:r>
    </w:p>
    <w:p>
      <w:r>
        <w:t>I've "hired" Amanda twice from the perspective of listening to her presentations to an organisation that I belong to.  Not only is she an insightful, inspiring and energetic creative speaker, she is without doubt the most enjoyable presenter that I have ever heard.  Why?  Because although she is funny and wickedly intelligent - she's also right.  And when you've listened to Amanda, and go back to your own office and try to put her words into practice - you get results.  This may be a small example, but she has enabled me to completely turn my team meetings around.  In fact I wasn't even having team meetings but they seemed like such a waste of time.  Now I follow some of Amanda's advice, and our meetings are now regular (! who would have thought!), effective and fun.  But most of all - taking her advice has made me a better manager, and my team a better team.    What more could you ask for from a presenter?  I could listen to her all day, and I would really value a one on one conversation because she has made me a better person and a better manager, helping my staff to also improve.  She's a motivational rock star who really knows what she's doing, and encourages ongoing development, which she also practices in her own life.    I feel priveleged to have been able to hear her twice.</w:t>
      </w:r>
    </w:p>
    <w:p>
      <w:pPr>
        <w:pStyle w:val="Heading2"/>
      </w:pPr>
      <w:r>
        <w:t>134. Louise Taylor Neurostrategist Speaker</w:t>
      </w:r>
    </w:p>
    <w:p>
      <w:r>
        <w:rPr>
          <w:i/>
        </w:rPr>
        <w:t>CEO. Founder NeuroResonance™️ Intelligence System, Unbridled Pty Ltd - Louise Taylor</w:t>
      </w:r>
    </w:p>
    <w:p>
      <w:r>
        <w:t>Date: 11/04/10, 03:57 AM    Status: VISIBLE</w:t>
      </w:r>
    </w:p>
    <w:p>
      <w:r>
        <w:t>Amanda captured our audience with her wit, her insightful concepts and her ability to engage and connect on so many levels. It was great to have a speaker who could meet our needs in such a unique and entertaining way. I would recommend Amanda highly.</w:t>
      </w:r>
    </w:p>
    <w:p>
      <w:pPr>
        <w:pStyle w:val="Heading2"/>
      </w:pPr>
      <w:r>
        <w:t>135. Jen Dalitz FAICD, FCPA</w:t>
      </w:r>
    </w:p>
    <w:p>
      <w:r>
        <w:rPr>
          <w:i/>
        </w:rPr>
        <w:t>Board Chair, Bank Australia</w:t>
      </w:r>
    </w:p>
    <w:p>
      <w:r>
        <w:t>Date: 09/14/10, 02:47 PM    Status: VISIBLE</w:t>
      </w:r>
    </w:p>
    <w:p>
      <w:r>
        <w:t>I invited Amanda Gore to speak at the recent sphinxx Ascend development day in Brisbane and my advice to you is to do the same!  I first experienced Amanda as an audience participant in the USA where she’s been working for the last decade or so.  When I found out she was back in Australia, I just had to secure her to speak at my event.  She is insightful, engaging, warm, energetic and inspirational speaker who had everyone on their feet and participating right to the end of her presentation.  Her content is very relevant to the senior businesswomen in my network and I received countless positive feedback about her presentation.  If you’re contemplating engaging Amanda for your event - stop thinking and just do it.  She’s the best investment you’ll make energising and motivating your team.</w:t>
      </w:r>
    </w:p>
    <w:p>
      <w:pPr>
        <w:pStyle w:val="Heading2"/>
      </w:pPr>
      <w:r>
        <w:t>136. Dr. Tim Sharp</w:t>
      </w:r>
    </w:p>
    <w:p>
      <w:r>
        <w:rPr>
          <w:i/>
        </w:rPr>
        <w:t>Mentor / Advisor / Consultant / Executive Coach , The Happiness Institute</w:t>
      </w:r>
    </w:p>
    <w:p>
      <w:r>
        <w:t>Date: 09/12/10, 03:58 PM    Status: HIDDEN</w:t>
      </w:r>
    </w:p>
    <w:p>
      <w:r>
        <w:t>Amanda Gore is, quite simply, an outstanding presenter. I recently shared the stage with her at an 800+ conference and her combination of humour and quality content was brilliant. I'm still not sure if she's a health expert or a comedian but who cares...she's one of the best speakers I've ever seen and it was a thoroughly enjoyable experience watching and listening to her.</w:t>
      </w:r>
    </w:p>
    <w:p>
      <w:pPr>
        <w:pStyle w:val="Heading2"/>
      </w:pPr>
      <w:r>
        <w:t>137. Carolin Dahlman</w:t>
      </w:r>
    </w:p>
    <w:p>
      <w:r>
        <w:rPr>
          <w:i/>
        </w:rPr>
        <w:t>Founder &amp; CEO, Power Pause, Self Employed</w:t>
      </w:r>
    </w:p>
    <w:p>
      <w:r>
        <w:t>Date: 06/14/10, 05:25 PM    Status: VISIBLE</w:t>
      </w:r>
    </w:p>
    <w:p>
      <w:r>
        <w:t>Amanda is one of the best speakers I have ever experienced! She shines and gets the audience in a magical state. She performs with humour and wisdom and I can´t wait to hear her again. Whenever I think of her I smile and sing "Always look on the bright side of life"</w:t>
      </w:r>
    </w:p>
    <w:p>
      <w:pPr>
        <w:pStyle w:val="Heading2"/>
      </w:pPr>
      <w:r>
        <w:t>138. Colin Pearce</w:t>
      </w:r>
    </w:p>
    <w:p>
      <w:r>
        <w:rPr>
          <w:i/>
        </w:rPr>
        <w:t>Business Storytelling Expert, C &amp; C Pearce</w:t>
      </w:r>
    </w:p>
    <w:p>
      <w:r>
        <w:t>Date: 05/22/10, 11:27 PM    Status: HIDDEN</w:t>
      </w:r>
    </w:p>
    <w:p>
      <w:r>
        <w:t>Amanda is a national treasure. She is the only speaker who has saturated the market in Australia, gone to the USA, saturated that market over a number of years and returned to Australia to do it all again. She does so well because she connects so well and she does that because she speaks into the listening language of the audience. She's engaging and delightful.</w:t>
      </w:r>
    </w:p>
    <w:p>
      <w:pPr>
        <w:pStyle w:val="Heading2"/>
      </w:pPr>
      <w:r>
        <w:t>139. Michelle Bowden</w:t>
      </w:r>
    </w:p>
    <w:p>
      <w:r>
        <w:rPr>
          <w:i/>
        </w:rPr>
        <w:t>Managing Director, Michelle Bowden Enterprises</w:t>
      </w:r>
    </w:p>
    <w:p>
      <w:r>
        <w:t>Date: 12/03/09, 09:30 PM    Status: HIDDEN</w:t>
      </w:r>
    </w:p>
    <w:p>
      <w:r>
        <w:t>Amanda Gore is AMAZING!  She spoke at my recent Achieve Results in 2010 corporate professional development day in Sydney and she 'wowed' the room!  Amanda is our Speaker of the Year in 2009 and when you book her, you'll see why!  Amanda shows you how to live a joyous, healthy, functional life in the most unique, interactive and engaging manner.   She's one of a kind!  If you want to bring out the best in yourself and others then you must book Amanda Gore.</w:t>
      </w:r>
    </w:p>
    <w:p>
      <w:pPr>
        <w:pStyle w:val="Heading2"/>
      </w:pPr>
      <w:r>
        <w:t>140. "OMG IT'S" Brian O'Neill</w:t>
      </w:r>
    </w:p>
    <w:p>
      <w:r>
        <w:rPr>
          <w:i/>
        </w:rPr>
        <w:t>fingerSK8 , FingerSK8</w:t>
      </w:r>
    </w:p>
    <w:p>
      <w:r>
        <w:t>Date: 08/06/09, 03:06 PM    Status: HIDDEN</w:t>
      </w:r>
    </w:p>
    <w:p>
      <w:r>
        <w:t>All I can say is that Amanda changed my life for the better. Through her newsletters, she has become my unpaid life coach. I've plagiarized (not really I give her credit) her insights for almost two years with my working team, my friends and my family. She has a ability to understand the spirit in the best of us (Sparky), and remind the worst in us (Wally) to get over ourselves and remember how good it feels to to be good.     If your cooperation or group needs the affection and admiration of the human spirit recaptured in every employee. Then Amanda is your 30min-1hr delivery method.</w:t>
      </w:r>
    </w:p>
    <w:p>
      <w:pPr>
        <w:pStyle w:val="Heading2"/>
      </w:pPr>
      <w:r>
        <w:t>141. Brian Sullivan</w:t>
      </w:r>
    </w:p>
    <w:p>
      <w:r>
        <w:rPr>
          <w:i/>
        </w:rPr>
        <w:t>Market Director, CRC Benefits</w:t>
      </w:r>
    </w:p>
    <w:p>
      <w:r>
        <w:t>Date: 07/06/09, 10:02 PM    Status: HIDDEN</w:t>
      </w:r>
    </w:p>
    <w:p>
      <w:r>
        <w:t>It has been my good fortune to have been a participant at functions Amanda has spoken at, as well as hired her to speak to our audiences. In all cases I can pay the highest compliment a speaker can earn: she will literally change your life. Amanda has the ability to touch people at their deepest, innermost level, and flip that switch that can bring about core transformation. I recommend Amanda as highly as I can.</w:t>
      </w:r>
    </w:p>
    <w:p>
      <w:pPr>
        <w:pStyle w:val="Heading2"/>
      </w:pPr>
      <w:r>
        <w:t>142. Neen James, MBA CSP</w:t>
      </w:r>
    </w:p>
    <w:p>
      <w:r>
        <w:rPr>
          <w:i/>
        </w:rPr>
        <w:t>Keynote Speaker and Strategic Advisor to Luxury and Legacy Brands, Neen James Inc - Executive Strategist</w:t>
      </w:r>
    </w:p>
    <w:p>
      <w:r>
        <w:t>Date: 04/06/08, 01:30 PM    Status: HIDDEN</w:t>
      </w:r>
    </w:p>
    <w:p>
      <w:r>
        <w:t>As soon as you mention Amanda's name people say great things! She is a fantastic addition to any conference event. Her audiences rave about her, she makes them laugh, engages them every time. Many years after she has spoken to an audience they can still recall her presentation and content. I highly recommned her for your next major event.</w:t>
      </w:r>
    </w:p>
    <w:p>
      <w:pPr>
        <w:pStyle w:val="Heading2"/>
      </w:pPr>
      <w:r>
        <w:t>143. Mike Schaefer</w:t>
      </w:r>
    </w:p>
    <w:p>
      <w:r>
        <w:rPr>
          <w:i/>
        </w:rPr>
        <w:t>Vice President of Strategic Partnerships, Amalgamated Life Insurance Company, a member of the Amalgamated Family of Companies</w:t>
      </w:r>
    </w:p>
    <w:p>
      <w:r>
        <w:t>Date: 07/29/07, 08:25 AM    Status: HIDDEN</w:t>
      </w:r>
    </w:p>
    <w:p>
      <w:r>
        <w:t>I saw Amanda's presentation in Las Vegas at a HFMA conference and was enlightened and entertained like none else has. She has great energy, insight and a message for everyone. I would truly recomend her program for any audience or event!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