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W w:w="5000" w:type="pct"/>
        <w:tblLayout w:type="fixed"/>
        <w:jc w:val="center"/>
        <w:tblBorders>
          <w:top w:val="nil"/>
          <w:left w:val="nil"/>
          <w:bottom w:val="nil"/>
          <w:right w:val="nil"/>
          <w:insideH w:val="nil"/>
          <w:insideV w:val="nil"/>
        </w:tblBorders>
      </w:tblPr>
      <w:tblGrid>
        <w:gridCol w:w="10200"/>
      </w:tblGrid>
      <w:tr>
        <w:tc>
          <w:tcPr>
            <w:tcW w:type="dxa" w:w="10200"/>
            <w:shd w:val="clear" w:color="auto" w:fill="0B2233"/>
            <w:tcMar>
              <w:top w:w="340" w:type="dxa"/>
              <w:left w:w="340" w:type="dxa"/>
              <w:bottom w:w="340" w:type="dxa"/>
              <w:right w:w="340" w:type="dxa"/>
            </w:tcMar>
          </w:tcPr>
          <w:p>
            <w:r>
              <w:drawing>
                <wp:inline xmlns:a="http://schemas.openxmlformats.org/drawingml/2006/main" xmlns:pic="http://schemas.openxmlformats.org/drawingml/2006/picture">
                  <wp:extent cx="1368000" cy="666837"/>
                  <wp:docPr id="1" name="Picture 1"/>
                  <wp:cNvGraphicFramePr>
                    <a:graphicFrameLocks noChangeAspect="1"/>
                  </wp:cNvGraphicFramePr>
                  <a:graphic>
                    <a:graphicData uri="http://schemas.openxmlformats.org/drawingml/2006/picture">
                      <pic:pic>
                        <pic:nvPicPr>
                          <pic:cNvPr id="0" name="radiate-joy-white.png"/>
                          <pic:cNvPicPr/>
                        </pic:nvPicPr>
                        <pic:blipFill>
                          <a:blip r:embed="rId9"/>
                          <a:stretch>
                            <a:fillRect/>
                          </a:stretch>
                        </pic:blipFill>
                        <pic:spPr>
                          <a:xfrm>
                            <a:off x="0" y="0"/>
                            <a:ext cx="1368000" cy="666837"/>
                          </a:xfrm>
                          <a:prstGeom prst="rect"/>
                        </pic:spPr>
                      </pic:pic>
                    </a:graphicData>
                  </a:graphic>
                </wp:inline>
              </w:drawing>
            </w:r>
          </w:p>
          <w:p>
            <w:pPr>
              <w:spacing w:before="120"/>
            </w:pPr>
            <w:r>
              <w:rPr>
                <w:b/>
                <w:i w:val="0"/>
                <w:color w:val="FFFFFF"/>
                <w:sz w:val="48"/>
              </w:rPr>
              <w:t xml:space="preserve">Presentation </w:t>
            </w:r>
            <w:r>
              <w:rPr>
                <w:b/>
                <w:i w:val="0"/>
                <w:color w:val="FFD45E"/>
                <w:sz w:val="48"/>
              </w:rPr>
              <w:t>Questionnaire</w:t>
            </w:r>
          </w:p>
          <w:p>
            <w:r>
              <w:rPr>
                <w:b w:val="0"/>
                <w:i w:val="0"/>
                <w:color w:val="C3EAE3"/>
                <w:sz w:val="22"/>
              </w:rPr>
              <w:t>Please complete and return prior to the telephone briefing.</w:t>
            </w:r>
          </w:p>
        </w:tc>
      </w:tr>
    </w:tbl>
    <w:p>
      <w:pPr>
        <w:spacing w:before="160"/>
      </w:pPr>
      <w:r>
        <w:rPr>
          <w:b w:val="0"/>
          <w:i w:val="0"/>
          <w:color w:val="0A7688"/>
          <w:sz w:val="19"/>
        </w:rPr>
        <w:t>Please feel free to video Amanda’s presentation and share with the delegates, we just ask you also provide us with a copy as soon as it is available.</w:t>
      </w:r>
    </w:p>
    <w:p>
      <w:pPr>
        <w:keepNext/>
        <w:spacing w:before="240" w:after="60"/>
      </w:pPr>
      <w:r>
        <w:rPr>
          <w:b/>
          <w:i w:val="0"/>
          <w:color w:val="0A7688"/>
          <w:sz w:val="26"/>
        </w:rPr>
        <w:t>Your details</w:t>
      </w:r>
    </w:p>
    <w:p>
      <w:pPr>
        <w:keepNext/>
        <w:spacing w:before="100"/>
      </w:pPr>
      <w:r>
        <w:rPr>
          <w:b/>
          <w:i w:val="0"/>
          <w:color w:val="0B2233"/>
          <w:sz w:val="19"/>
        </w:rPr>
        <w:t>Client 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Conference date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Contact 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Email address</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Office address</w:t>
      </w:r>
    </w:p>
    <w:p>
      <w:pPr>
        <w:spacing w:after="40"/>
        <w:pBdr>
          <w:bottom w:val="single" w:sz="6" w:space="1" w:color="9CC7CC"/>
        </w:pBdr>
      </w:pPr>
      <w:r>
        <w:rPr>
          <w:b w:val="0"/>
          <w:i w:val="0"/>
          <w:color w:val="1E4D6B"/>
          <w:sz w:val="20"/>
        </w:rPr>
        <w:t xml:space="preserve"> </w:t>
      </w:r>
    </w:p>
    <w:p>
      <w:pPr>
        <w:spacing w:before="100"/>
      </w:pPr>
      <w:r>
        <w:rPr>
          <w:b/>
          <w:i w:val="0"/>
          <w:color w:val="0B2233"/>
          <w:sz w:val="19"/>
        </w:rPr>
        <w:t>Dress code</w:t>
      </w:r>
    </w:p>
    <w:p>
      <w:r>
        <w:rPr>
          <w:b w:val="0"/>
          <w:i w:val="0"/>
          <w:color w:val="1E4D6B"/>
          <w:sz w:val="20"/>
        </w:rPr>
        <w:t>☐ Business   ☐ Casual   ☐ Black tie / Formal</w:t>
      </w:r>
    </w:p>
    <w:p>
      <w:pPr>
        <w:keepNext/>
        <w:spacing w:before="240" w:after="60"/>
      </w:pPr>
      <w:r>
        <w:rPr>
          <w:b/>
          <w:i w:val="0"/>
          <w:color w:val="0A7688"/>
          <w:sz w:val="26"/>
        </w:rPr>
        <w:t>The program</w:t>
      </w:r>
    </w:p>
    <w:p>
      <w:pPr>
        <w:keepNext/>
        <w:spacing w:before="100"/>
      </w:pPr>
      <w:r>
        <w:rPr>
          <w:b/>
          <w:i w:val="0"/>
          <w:color w:val="0B2233"/>
          <w:sz w:val="19"/>
        </w:rPr>
        <w:t>1. Event title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 Meeting facility, location, room</w:t>
      </w:r>
    </w:p>
    <w:p>
      <w:pPr>
        <w:spacing w:after="40"/>
        <w:pBdr>
          <w:bottom w:val="single" w:sz="6" w:space="1" w:color="9CC7CC"/>
        </w:pBdr>
      </w:pPr>
      <w:r>
        <w:rPr>
          <w:b w:val="0"/>
          <w:i w:val="0"/>
          <w:color w:val="1E4D6B"/>
          <w:sz w:val="20"/>
        </w:rPr>
        <w:t xml:space="preserve"> </w:t>
      </w:r>
    </w:p>
    <w:p>
      <w:pPr>
        <w:keepNext/>
        <w:spacing w:before="120"/>
      </w:pPr>
      <w:r>
        <w:rPr>
          <w:b/>
          <w:i w:val="0"/>
          <w:color w:val="0A7688"/>
          <w:sz w:val="20"/>
        </w:rPr>
        <w:t>3. Amanda’s contact prior to arrival and during meeting</w:t>
      </w:r>
    </w:p>
    <w:p>
      <w:pPr>
        <w:keepNext/>
        <w:spacing w:before="100"/>
      </w:pPr>
      <w:r>
        <w:rPr>
          <w:b/>
          <w:i w:val="0"/>
          <w:color w:val="0B2233"/>
          <w:sz w:val="19"/>
        </w:rPr>
        <w:t>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Title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Phone (work)</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Home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Cell</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What time / date will contact arrive on site?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What hotel will contact stay at for event?</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On-site office location?</w:t>
      </w:r>
    </w:p>
    <w:p>
      <w:pPr>
        <w:spacing w:after="40"/>
        <w:pBdr>
          <w:bottom w:val="single" w:sz="6" w:space="1" w:color="9CC7CC"/>
        </w:pBdr>
      </w:pPr>
      <w:r>
        <w:rPr>
          <w:b w:val="0"/>
          <w:i w:val="0"/>
          <w:color w:val="1E4D6B"/>
          <w:sz w:val="20"/>
        </w:rPr>
        <w:t xml:space="preserve"> </w:t>
      </w:r>
    </w:p>
    <w:p>
      <w:pPr>
        <w:keepNext/>
        <w:spacing w:before="120"/>
      </w:pPr>
      <w:r>
        <w:rPr>
          <w:b/>
          <w:i w:val="0"/>
          <w:color w:val="0A7688"/>
          <w:sz w:val="20"/>
        </w:rPr>
        <w:t>4. Secondary contact in case of emergency</w:t>
      </w:r>
    </w:p>
    <w:p>
      <w:pPr>
        <w:keepNext/>
        <w:spacing w:before="100"/>
      </w:pPr>
      <w:r>
        <w:rPr>
          <w:b/>
          <w:i w:val="0"/>
          <w:color w:val="0B2233"/>
          <w:sz w:val="19"/>
        </w:rPr>
        <w:t>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Cell</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5. Program theme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Speech title for Amanda?</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6. Name and title of introducer</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7. What time does the day begin?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8. What takes place immediately before Amanda’s presentation?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9. What takes place immediately following Amanda’s presentation?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10. How long do you want Amanda to speak?</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11. Exactly when does Amanda begin speaking?</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12. What time does she finish speaking?</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13. What time is sound check?</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14. Major objectives of this meeting and challenges your company is facing?</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3.</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15. Specific objectives for Amanda Gore’s session: What would your ideal outcome look like after Amanda has finished speaking? In other words, what would you really love her to achieve?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3.</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16. Why did you choose Amanda Gore for your event?</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17. What other speakers have you used before?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3.</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18. Who is the best speaker you’ve ever heard anywhere?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What made the session memorable for you?</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19. Who else is speaking at this event?</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1.</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3.</w:t>
      </w:r>
    </w:p>
    <w:p>
      <w:pPr>
        <w:spacing w:after="40"/>
        <w:pBdr>
          <w:bottom w:val="single" w:sz="6" w:space="1" w:color="9CC7CC"/>
        </w:pBdr>
      </w:pPr>
      <w:r>
        <w:rPr>
          <w:b w:val="0"/>
          <w:i w:val="0"/>
          <w:color w:val="1E4D6B"/>
          <w:sz w:val="20"/>
        </w:rPr>
        <w:t xml:space="preserve"> </w:t>
      </w:r>
    </w:p>
    <w:p>
      <w:pPr>
        <w:keepNext/>
        <w:spacing w:before="240" w:after="60"/>
      </w:pPr>
      <w:r>
        <w:rPr>
          <w:b/>
          <w:i w:val="0"/>
          <w:color w:val="0A7688"/>
          <w:sz w:val="26"/>
        </w:rPr>
        <w:t>Audience analysis</w:t>
      </w:r>
    </w:p>
    <w:p>
      <w:pPr>
        <w:keepNext/>
        <w:spacing w:before="100"/>
      </w:pPr>
      <w:r>
        <w:rPr>
          <w:b/>
          <w:i w:val="0"/>
          <w:color w:val="0B2233"/>
          <w:sz w:val="19"/>
        </w:rPr>
        <w:t>1. Size of audience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 Men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 Women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Average age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General description of attendees</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Please provide a brief description / profile of your organization</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Current challenges / issues experienced in your industry, for your delegates and challenges within your organization</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keepNext/>
        <w:spacing w:before="240" w:after="60"/>
      </w:pPr>
      <w:r>
        <w:rPr>
          <w:b/>
          <w:i w:val="0"/>
          <w:color w:val="0A7688"/>
          <w:sz w:val="26"/>
        </w:rPr>
        <w:t>Logistics</w:t>
      </w:r>
    </w:p>
    <w:p>
      <w:pPr>
        <w:keepNext/>
        <w:spacing w:before="100"/>
      </w:pPr>
      <w:r>
        <w:rPr>
          <w:b/>
          <w:i w:val="0"/>
          <w:color w:val="0B2233"/>
          <w:sz w:val="19"/>
        </w:rPr>
        <w:t>1. Have you received Amanda’s technical requirements?</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2. Are there any concerns about the technical requirements?</w:t>
      </w:r>
    </w:p>
    <w:p>
      <w:pPr>
        <w:spacing w:after="40"/>
        <w:pBdr>
          <w:bottom w:val="single" w:sz="6" w:space="1" w:color="9CC7CC"/>
        </w:pBdr>
      </w:pPr>
      <w:r>
        <w:rPr>
          <w:b w:val="0"/>
          <w:i w:val="0"/>
          <w:color w:val="1E4D6B"/>
          <w:sz w:val="20"/>
        </w:rPr>
        <w:t xml:space="preserve"> </w:t>
      </w:r>
    </w:p>
    <w:p>
      <w:pPr>
        <w:spacing w:before="100"/>
      </w:pPr>
      <w:r>
        <w:rPr>
          <w:b/>
          <w:i w:val="0"/>
          <w:color w:val="0B2233"/>
          <w:sz w:val="19"/>
        </w:rPr>
        <w:t>3. Will you provide theater seating as requested in the AV requirements?</w:t>
      </w:r>
    </w:p>
    <w:p>
      <w:r>
        <w:rPr>
          <w:b w:val="0"/>
          <w:i w:val="0"/>
          <w:color w:val="1E4D6B"/>
          <w:sz w:val="20"/>
        </w:rPr>
        <w:t>☐ Yes   ☐ No</w:t>
      </w:r>
    </w:p>
    <w:p>
      <w:pPr>
        <w:spacing w:before="100"/>
      </w:pPr>
      <w:r>
        <w:rPr>
          <w:b/>
          <w:i w:val="0"/>
          <w:color w:val="0B2233"/>
          <w:sz w:val="19"/>
        </w:rPr>
        <w:t>4. Will you provide a “Shure” brand lavaliere microphone as requested?</w:t>
      </w:r>
    </w:p>
    <w:p>
      <w:r>
        <w:rPr>
          <w:b w:val="0"/>
          <w:i w:val="0"/>
          <w:color w:val="1E4D6B"/>
          <w:sz w:val="20"/>
        </w:rPr>
        <w:t>☐ Yes   ☐ No</w:t>
      </w:r>
    </w:p>
    <w:p>
      <w:pPr>
        <w:keepNext/>
        <w:spacing w:before="100"/>
      </w:pPr>
      <w:r>
        <w:rPr>
          <w:b/>
          <w:i w:val="0"/>
          <w:color w:val="0B2233"/>
          <w:sz w:val="19"/>
        </w:rPr>
        <w:t>5. If this is a virtual event please send the platform to be used and when the link will be emailed to us.</w:t>
      </w:r>
    </w:p>
    <w:p>
      <w:pPr>
        <w:spacing w:after="40"/>
        <w:pBdr>
          <w:bottom w:val="single" w:sz="6" w:space="1" w:color="9CC7CC"/>
        </w:pBdr>
      </w:pPr>
      <w:r>
        <w:rPr>
          <w:b w:val="0"/>
          <w:i w:val="0"/>
          <w:color w:val="1E4D6B"/>
          <w:sz w:val="20"/>
        </w:rPr>
        <w:t xml:space="preserve"> </w:t>
      </w:r>
    </w:p>
    <w:p>
      <w:pPr>
        <w:spacing w:before="100"/>
      </w:pPr>
      <w:r>
        <w:rPr>
          <w:b/>
          <w:i w:val="0"/>
          <w:color w:val="0B2233"/>
          <w:sz w:val="19"/>
        </w:rPr>
        <w:t>Will people be in the one place together?</w:t>
      </w:r>
    </w:p>
    <w:p>
      <w:r>
        <w:rPr>
          <w:b w:val="0"/>
          <w:i w:val="0"/>
          <w:color w:val="1E4D6B"/>
          <w:sz w:val="20"/>
        </w:rPr>
        <w:t>☐ Yes   ☐ No</w:t>
      </w:r>
    </w:p>
    <w:p>
      <w:pPr>
        <w:keepNext/>
        <w:spacing w:before="100"/>
      </w:pPr>
      <w:r>
        <w:rPr>
          <w:b/>
          <w:i w:val="0"/>
          <w:color w:val="0B2233"/>
          <w:sz w:val="19"/>
        </w:rPr>
        <w:t>What percentage will be sitting in front of their computers at work?</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What percentage will be at home?</w:t>
      </w:r>
    </w:p>
    <w:p>
      <w:pPr>
        <w:spacing w:after="40"/>
        <w:pBdr>
          <w:bottom w:val="single" w:sz="6" w:space="1" w:color="9CC7CC"/>
        </w:pBdr>
      </w:pPr>
      <w:r>
        <w:rPr>
          <w:b w:val="0"/>
          <w:i w:val="0"/>
          <w:color w:val="1E4D6B"/>
          <w:sz w:val="20"/>
        </w:rPr>
        <w:t xml:space="preserve"> </w:t>
      </w:r>
    </w:p>
    <w:p>
      <w:pPr>
        <w:keepNext/>
        <w:spacing w:before="120"/>
      </w:pPr>
      <w:r>
        <w:rPr>
          <w:b/>
          <w:i w:val="0"/>
          <w:color w:val="0A7688"/>
          <w:sz w:val="20"/>
        </w:rPr>
        <w:t>6. Who is in charge of providing audio/visual and room set-up requirements?</w:t>
      </w:r>
    </w:p>
    <w:p>
      <w:pPr>
        <w:keepNext/>
        <w:spacing w:before="100"/>
      </w:pPr>
      <w:r>
        <w:rPr>
          <w:b/>
          <w:i w:val="0"/>
          <w:color w:val="0B2233"/>
          <w:sz w:val="19"/>
        </w:rPr>
        <w:t>Name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Title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Cell</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Email</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7. Is there anything further that your organization requires from Amanda Gore at this point?</w:t>
      </w:r>
    </w:p>
    <w:p>
      <w:pPr>
        <w:spacing w:after="40"/>
        <w:pBdr>
          <w:bottom w:val="single" w:sz="6" w:space="1" w:color="9CC7CC"/>
        </w:pBdr>
      </w:pPr>
      <w:r>
        <w:rPr>
          <w:b w:val="0"/>
          <w:i w:val="0"/>
          <w:color w:val="1E4D6B"/>
          <w:sz w:val="20"/>
        </w:rPr>
        <w:t xml:space="preserve"> </w:t>
      </w:r>
    </w:p>
    <w:p>
      <w:pPr>
        <w:spacing w:after="40"/>
        <w:pBdr>
          <w:bottom w:val="single" w:sz="6" w:space="1" w:color="9CC7CC"/>
        </w:pBdr>
      </w:pPr>
      <w:r>
        <w:rPr>
          <w:b w:val="0"/>
          <w:i w:val="0"/>
          <w:color w:val="1E4D6B"/>
          <w:sz w:val="20"/>
        </w:rPr>
        <w:t xml:space="preserve"> </w:t>
      </w:r>
    </w:p>
    <w:p>
      <w:pPr>
        <w:spacing w:after="40"/>
      </w:pPr>
    </w:p>
    <w:tbl>
      <w:tblPr>
        <w:tblW w:type="auto" w:w="0"/>
        <w:tblLook w:firstColumn="1" w:firstRow="1" w:lastColumn="0" w:lastRow="0" w:noHBand="0" w:noVBand="1" w:val="04A0"/>
        <w:tblW w:w="5000" w:type="pct"/>
        <w:tblLayout w:type="fixed"/>
        <w:tblBorders>
          <w:top w:val="nil"/>
          <w:left w:val="nil"/>
          <w:bottom w:val="nil"/>
          <w:right w:val="nil"/>
          <w:insideH w:val="nil"/>
          <w:insideV w:val="nil"/>
        </w:tblBorders>
      </w:tblPr>
      <w:tblGrid>
        <w:gridCol w:w="10200"/>
      </w:tblGrid>
      <w:tr>
        <w:tc>
          <w:tcPr>
            <w:tcW w:type="dxa" w:w="10200"/>
            <w:shd w:val="clear" w:color="auto" w:fill="C3EAE3"/>
            <w:tcMar>
              <w:top w:w="226" w:type="dxa"/>
              <w:left w:w="226" w:type="dxa"/>
              <w:bottom w:w="226" w:type="dxa"/>
              <w:right w:w="226" w:type="dxa"/>
            </w:tcMar>
          </w:tcPr>
          <w:p>
            <w:r>
              <w:rPr>
                <w:b/>
                <w:i w:val="0"/>
                <w:color w:val="0A7688"/>
                <w:sz w:val="24"/>
              </w:rPr>
              <w:t>Resource materials</w:t>
            </w:r>
          </w:p>
          <w:p>
            <w:r>
              <w:rPr>
                <w:b w:val="0"/>
                <w:i w:val="0"/>
                <w:color w:val="1E4D6B"/>
                <w:sz w:val="20"/>
              </w:rPr>
              <w:t>To reinforce the impact of Amanda’s presentation and guarantee an ongoing benefit for each participant, many organizations choose to follow up the presentations with group membership to Amanda’s online program or to use the content of the virtual session as ongoing training material. Please discuss this with Amanda if you would like to pursue this ongoing training model.</w:t>
            </w:r>
          </w:p>
        </w:tc>
      </w:tr>
    </w:tbl>
    <w:p>
      <w:pPr>
        <w:keepNext/>
        <w:spacing w:before="240" w:after="60"/>
      </w:pPr>
      <w:r>
        <w:rPr>
          <w:b/>
          <w:i w:val="0"/>
          <w:color w:val="0A7688"/>
          <w:sz w:val="26"/>
        </w:rPr>
        <w:t>Social media, please answer the following if relevant</w:t>
      </w:r>
    </w:p>
    <w:p>
      <w:pPr>
        <w:keepNext/>
        <w:spacing w:before="100"/>
      </w:pPr>
      <w:r>
        <w:rPr>
          <w:b/>
          <w:i w:val="0"/>
          <w:color w:val="0B2233"/>
          <w:sz w:val="19"/>
        </w:rPr>
        <w:t>Twitter name of organization/event/person for Amanda to follow</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Twitter hashtag of the event, conference or organization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Facebook page for the event, conference or organization</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LinkedIn company page</w:t>
      </w:r>
    </w:p>
    <w:p>
      <w:pPr>
        <w:spacing w:after="40"/>
        <w:pBdr>
          <w:bottom w:val="single" w:sz="6" w:space="1" w:color="9CC7CC"/>
        </w:pBdr>
      </w:pPr>
      <w:r>
        <w:rPr>
          <w:b w:val="0"/>
          <w:i w:val="0"/>
          <w:color w:val="1E4D6B"/>
          <w:sz w:val="20"/>
        </w:rPr>
        <w:t xml:space="preserve"> </w:t>
      </w:r>
    </w:p>
    <w:p>
      <w:pPr>
        <w:keepNext/>
        <w:spacing w:before="100"/>
      </w:pPr>
      <w:r>
        <w:rPr>
          <w:b/>
          <w:i w:val="0"/>
          <w:color w:val="0B2233"/>
          <w:sz w:val="19"/>
        </w:rPr>
        <w:t>Are there any other social media networks you would like Amanda to connect with?</w:t>
      </w:r>
    </w:p>
    <w:p>
      <w:pPr>
        <w:spacing w:after="40"/>
        <w:pBdr>
          <w:bottom w:val="single" w:sz="6" w:space="1" w:color="9CC7CC"/>
        </w:pBdr>
      </w:pPr>
      <w:r>
        <w:rPr>
          <w:b w:val="0"/>
          <w:i w:val="0"/>
          <w:color w:val="1E4D6B"/>
          <w:sz w:val="20"/>
        </w:rPr>
        <w:t xml:space="preserve"> </w:t>
      </w:r>
    </w:p>
    <w:p>
      <w:pPr>
        <w:spacing w:after="40"/>
      </w:pPr>
    </w:p>
    <w:tbl>
      <w:tblPr>
        <w:tblW w:type="auto" w:w="0"/>
        <w:tblLook w:firstColumn="1" w:firstRow="1" w:lastColumn="0" w:lastRow="0" w:noHBand="0" w:noVBand="1" w:val="04A0"/>
        <w:tblW w:w="5000" w:type="pct"/>
        <w:tblLayout w:type="fixed"/>
        <w:tblBorders>
          <w:top w:val="nil"/>
          <w:left w:val="nil"/>
          <w:bottom w:val="nil"/>
          <w:right w:val="nil"/>
          <w:insideH w:val="nil"/>
          <w:insideV w:val="nil"/>
        </w:tblBorders>
      </w:tblPr>
      <w:tblGrid>
        <w:gridCol w:w="10200"/>
      </w:tblGrid>
      <w:tr>
        <w:tc>
          <w:tcPr>
            <w:tcW w:type="dxa" w:w="10200"/>
            <w:shd w:val="clear" w:color="auto" w:fill="FFD45E"/>
            <w:tcMar>
              <w:top w:w="226" w:type="dxa"/>
              <w:left w:w="226" w:type="dxa"/>
              <w:bottom w:w="226" w:type="dxa"/>
              <w:right w:w="226" w:type="dxa"/>
            </w:tcMar>
          </w:tcPr>
          <w:p>
            <w:r>
              <w:rPr>
                <w:b/>
                <w:i w:val="0"/>
                <w:color w:val="0B2233"/>
                <w:sz w:val="24"/>
              </w:rPr>
              <w:t>Agenda</w:t>
            </w:r>
          </w:p>
          <w:p>
            <w:r>
              <w:rPr>
                <w:b/>
                <w:i w:val="0"/>
                <w:color w:val="0B2233"/>
                <w:sz w:val="20"/>
              </w:rPr>
              <w:t>Have you sent a copy of the whole conference agenda to Amanda? It is important!</w:t>
            </w:r>
          </w:p>
          <w:p>
            <w:r>
              <w:rPr>
                <w:b w:val="0"/>
                <w:i w:val="0"/>
                <w:color w:val="1E4D6B"/>
                <w:sz w:val="20"/>
              </w:rPr>
              <w:t>Or copy link here:</w:t>
            </w:r>
          </w:p>
          <w:p>
            <w:pPr>
              <w:pBdr>
                <w:bottom w:val="single" w:sz="6" w:space="1" w:color="0B2233"/>
              </w:pBdr>
            </w:pPr>
            <w:r>
              <w:rPr>
                <w:b w:val="0"/>
                <w:i w:val="0"/>
                <w:color w:val="1E4D6B"/>
                <w:sz w:val="20"/>
              </w:rPr>
              <w:t xml:space="preserve"> </w:t>
            </w:r>
          </w:p>
          <w:p>
            <w:r>
              <w:rPr>
                <w:b w:val="0"/>
                <w:i w:val="0"/>
                <w:color w:val="1E4D6B"/>
                <w:sz w:val="20"/>
              </w:rPr>
              <w:t>Or return a copy with this questionnaire, thank you.</w:t>
            </w:r>
          </w:p>
        </w:tc>
      </w:tr>
    </w:tbl>
    <w:p>
      <w:pPr>
        <w:spacing w:after="40"/>
      </w:pPr>
    </w:p>
    <w:tbl>
      <w:tblPr>
        <w:tblW w:type="auto" w:w="0"/>
        <w:tblLook w:firstColumn="1" w:firstRow="1" w:lastColumn="0" w:lastRow="0" w:noHBand="0" w:noVBand="1" w:val="04A0"/>
        <w:tblW w:w="5000" w:type="pct"/>
        <w:tblLayout w:type="fixed"/>
        <w:tblBorders>
          <w:top w:val="nil"/>
          <w:left w:val="nil"/>
          <w:bottom w:val="nil"/>
          <w:right w:val="nil"/>
          <w:insideH w:val="nil"/>
          <w:insideV w:val="nil"/>
        </w:tblBorders>
      </w:tblPr>
      <w:tblGrid>
        <w:gridCol w:w="10200"/>
      </w:tblGrid>
      <w:tr>
        <w:tc>
          <w:tcPr>
            <w:tcW w:type="dxa" w:w="10200"/>
            <w:shd w:val="clear" w:color="auto" w:fill="FDF8F0"/>
            <w:tcMar>
              <w:top w:w="226" w:type="dxa"/>
              <w:left w:w="226" w:type="dxa"/>
              <w:bottom w:w="226" w:type="dxa"/>
              <w:right w:w="226" w:type="dxa"/>
            </w:tcMar>
          </w:tcPr>
          <w:p>
            <w:r>
              <w:rPr>
                <w:b/>
                <w:i w:val="0"/>
                <w:color w:val="0A7688"/>
                <w:sz w:val="24"/>
              </w:rPr>
              <w:t>Return this form</w:t>
            </w:r>
          </w:p>
          <w:p>
            <w:r>
              <w:rPr>
                <w:b/>
                <w:i w:val="0"/>
                <w:color w:val="0B2233"/>
                <w:sz w:val="20"/>
              </w:rPr>
              <w:t>Please send it to the person who sent it to you.</w:t>
            </w:r>
          </w:p>
          <w:p>
            <w:r>
              <w:rPr>
                <w:b/>
                <w:i w:val="0"/>
                <w:color w:val="0B2233"/>
                <w:sz w:val="20"/>
              </w:rPr>
            </w:r>
          </w:p>
        </w:tc>
      </w:tr>
    </w:tbl>
    <w:sectPr w:rsidR="00FC693F" w:rsidRPr="0006063C" w:rsidSect="00034616">
      <w:footerReference w:type="default" r:id="rId10"/>
      <w:headerReference w:type="default" r:id="rId11"/>
      <w:pgSz w:w="12240" w:h="15840"/>
      <w:pgMar w:top="79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0A7688"/>
        <w:sz w:val="16"/>
      </w:rPr>
      <w:t xml:space="preserve">Amanda Gore · Presentation Questionnaire · Page </w:t>
    </w:r>
    <w:r>
      <w:rPr>
        <w:color w:val="0A7688"/>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cs="Arial" w:eastAsia="Arial"/>
      <w:color w:val="1E4D6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Amanda Gore Presentation Questionnaire</dc:title>
  <dc:subject/>
  <dc:creator>Amanda Gore</dc:creator>
  <cp:keywords/>
  <dc:description>generated by python-docx</dc:description>
  <cp:lastModifiedBy/>
  <cp:revision>1</cp:revision>
  <dcterms:created xsi:type="dcterms:W3CDTF">2013-12-23T23:15:00Z</dcterms:created>
  <dcterms:modified xsi:type="dcterms:W3CDTF">2013-12-23T23:15:00Z</dcterms:modified>
  <cp:category/>
</cp:coreProperties>
</file>